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Menjadi Warga Dunia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hubungan sebab-akibat fenomena teknologi dalam teks eksplanasi ilmiah.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kaidah penulisan singkatan dan akronim sesuai Pedoman Umum Ejaan Bahasa Indonesia (PUEBI).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artikel opini singkat mengenai pemanfaatan gawai dan internet secara bijak dan aman.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eksplanasi ilmiah tentang kemajuan teknologi komunikasi dan internet, memahami singkatan dan akronim baku bahasa Indonesia, serta memahami etika berselancar di dunia digital (netiket).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Struktur Teks Eksplanasi Fenomena Sains dan Teknologi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urutan sebab-akibat proses terjadinya penemuan telepon dan internet.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Membedakan Singkatan dan Akronim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aturan kapitalisasi pada NKRI, SD, Puskesmas, Bappenas, dan Kaltim.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Teks Eksplanasi Menggunakan Konjungsi Kausalitas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gagasan sebab akibat dengan konjungsi sehingga, karena, akibatnya.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Bagian teks eksplanasi yang memaparkan rincian tahapan proses terjadinya suatu peristiwa sebab-akibat secara urut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Pernyataan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Deretan penjelas (urutan sebab-akibat)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Interpretasi / Ulasan kesimpulan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Judul teks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Deretan penjelas menguraikan mekanisme proses terjadinya fenomena secara mendalam.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Kependekan berikut yang tergolong sebagai akronim (dapat dilafalkan seperti kata biasa)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PBB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NKRI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Puskesmas (Pusat Kesehatan Masyarakat)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DPR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Puskesmas adalah gabungan suku kata yang dibaca sebagai satu kata (akronim).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Penulisan singkatan nama orang dan gelar pendidikan yang benar menurut EYD V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Moh Yamin, S.Pd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Moh. Yamin, S.Pd.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Moh, Yamin S.Pd.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Moh. Yamin SPd.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Singkatan nama dan gelar diakhiri tanda titik: Moh. Yamin, S.Pd.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Kata hubung kausalitas yang tepat untuk mengisi kalimat 'Hujan deras mengguyur hulu sungai ... debit air meluap ke permukiman'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Tetapi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Sehingga / Akibatnya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Walaupun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Serta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'Sehingga' atau 'akibatnya' menghubungkan penyebab (hujan) dengan akibat (banjir meluap).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Tujuan utama penulisan teks eksplanasi ilmiah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Menghibur pembaca dengan lelucon fiksi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Menjelaskan proses 'mengapa' dan 'bagaimana' suatu peristiwa atau penemuan terjadi secara logis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Mempromosikan barang dagangan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Mengkritik pendapat tokoh politik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eksplanasi bertujuan memaparkan proses logis sebab-akibat di balik suatu fenomena.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Menjadi Warga Dunia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Struktur Teks Eksplanasi Fenomena Sains dan Teknologi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urutan sebab-akibat proses terjadinya penemuan telepon dan internet.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Membedakan Singkatan dan Akronim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aturan kapitalisasi pada NKRI, SD, Puskesmas, Bappenas, dan Kaltim.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Teks Eksplanasi Menggunakan Konjungsi Kausalitas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gagasan sebab akibat dengan konjungsi sehingga, karena, akibatnya.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menjadi warga dunia melatih kecakapan peserta didik memahami teks eksplanasi ilmiah tentang fenomena sains global (internet, revolusi komunikasi, kecerdasan buatan, dan eksplorasi antariksa).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eksplanasi: pernyataan umum (identifikasi fenomena), deretan penjelas (kronologi sebab-akibat), dan interpretasi (kesimpulan/ulasan).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membedakan aturan penulisan singkatan (diikuti titik/huruf kapital) dan akronim (gabungan huruf/suku kata yang dilafalkan sebagai kata wajar) sesuai kaidah EYD V.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Eksplanasi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berisi penjelasan mengenai proses terjadinya suatu fenomena alam, sosial, ilmu pengetahuan, atau budaya.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Singkatan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singkat dari satu kata atau lebih yang terdiri atas satu huruf atau lebih (contoh: dll., hlm., PBB).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Akronim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Kependekan yang berupa gabungan huruf awal, suku kata, atau gabungan huruf dan suku kata dari deret kata yang diperlakukan sebagai kata (contoh: pemilu, posyandu, puskesmas).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Konjungsi Kausalitas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hubung yang menyatakan hubungan sebab dan akibat (contoh: sebab, karena, oleh sebab itu, sehingga).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Pernyataan Umum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awal teks eksplanasi yang memuat pengenalan umum tentang peristiwa atau topik yang akan dijelaskan.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