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C (KELAS 5)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5)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Ekspresi Diri melalui Hobi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langkah-langkah kerja berurutan dalam teks prosedur melakukan suatu hobi atau keterampilan.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Menerapkan kaidah pembentukan kata berimbuhan me-kan dan me-i secara tepat dalam kalimat.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surat pribadi dengan format terstruktur (tempat tanggal, salam pembuka, isi, salam penutup, tanda tangan).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panduan dan prosedur kegiatan kreatif/hobi, menerapkan kaidah pembentukan kata berimbuhan me-kan dan me-i, serta menulis surat pribadi kepada sahabat pena tentang hobi favorit.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Teks Prosedur Kompleks Panduan Hobi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teks petunjuk membuat kerajinan tangan origami atau hidroponik rumahan.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Kalimat Majemuk Setara (Penggabungan, Pertentangan, Pemilihan)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Menghubungkan dua klausa kalimat tunggal menggunakan kata penghubung setara.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Makna Imbuhan Akhiran -kan dan -i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perbedaan arti kata kerja benefaktif (melakukan untuk orang lain) dan lokatif.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berikut yang merupakan contoh kalimat majemuk setara hubungan pertentangan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Rina gemar melukis pemandangan dan adiknya suka bernyanyi.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Dodi ingin bermain sepak bola, tetapi hujan deras mengguyur lapangan.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Kamu boleh memilih membaca novel atau bermain catur.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Ibu memasak sayur bayam di dapur.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Konjungsi 'tetapi' menyatakan hubungan pertentangan antara dua klausa setara.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Makna akhiran -kan pada kalimat 'Ayah membuatkan adik sebuah layang-layang'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Menjadikan adik layang-layang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Melakukan perbuatan untuk orang lain (benefaktif)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Melakukan perbuatan berkali-kali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Membawa ke suatu tempat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'Membuatkan' bermakna membuat sesuatu untuk orang lain (adik).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Kata hubung yang tepat untuk melengkapi kalimat 'Sari pandai bermain piano, ... adiknya lebih menyukai alat musik biola'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Tetapi / Sedangkan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Karena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Jika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Sehingga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Konjungsi 'sedangkan' atau 'tetapi' tepat untuk menyatakan perbandingan yang bertentangan.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Ciri bagian 'Langkah Kerja' pada teks prosedur yang baik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Ditulis dalam satu paragraf panjang tanpa urutan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Ditulis runtut bernomor dari awal persiapan hingga selesai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Memuat cerita fiksi tokoh dongeng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Tidak memuat batasan waktu dan takaran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Langkah kerja harus sistematis, berurutan secara kronologis, dan terperinci.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Makna imbuhan -i pada kalimat 'Kakak menaburi kue tart dengan keju parut'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Melakukan perbuatan memberi sesuatu pada objek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Menyebabkan kue menjadi asin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Menjadikan keju alat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Menghilangkan keju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'Menaburi' berarti memberi taburan keju pada permukaan kue tart.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3: Ekspresi Diri melalui Hobi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Teks Prosedur Kompleks Panduan Hobi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teks petunjuk membuat kerajinan tangan origami atau hidroponik rumahan.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Kalimat Majemuk Setara (Penggabungan, Pertentangan, Pemilihan)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Menghubungkan dua klausa kalimat tunggal menggunakan kata penghubung setara.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Makna Imbuhan Akhiran -kan dan -i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perbedaan arti kata kerja benefaktif (melakukan untuk orang lain) dan lokatif.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ekspresi diri melalui hobi membimbing siswa menuangkan minat dan kegemaran pribadi (memasak, melukis, fotografi, membuat prakarya, berkebun) menjadi teks prosedur dan ulasan inspiratif.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teks prosedur kompleks (judul, tujuan, alat &amp; bahan, langkah kerja bernomor urut, dan tips keselamatan).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tata bahasa mengkaji pembentukan kalimat majemuk setara (menggunakan konjungsi dan, tetapi, atau, sedangkan) serta fungsi imbuhan sufiks -kan dan -i pada kata kerja.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Majemuk Setara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terdiri atas dua atau lebih kalimat tunggal yang kedudukannya sederajat dan dihubungkan oleh konjungsi koordinatif.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Konjungsi Koordinatif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hubung yang menyambungkan dua unsur setara (contoh: dan, serta, tetapi, melainkan, atau).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Akhiran (Sufiks) -kan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Imbuhan belakang yang membentuk kata kerja dengan makna menjadikan, melakukan untuk orang lain, atau membawa ke suatu tempat.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Akhiran (Sufiks) -i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Imbuhan belakang yang menyatakan perbuatan berulang kali atau memberi sesuatu pada objek.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Panduan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Petunjuk tertulis yang memberikan arahan teknis langkah pengerjaan suatu kegiatan secara terperinci.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5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