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Buku Jendela Dunia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Membedakan struktur dan bahasa dalam teks bacaan fiksi dan nonfiksi.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gaya bahasa majas (metafora, personifikasi, hiperbola) dalam cerita anak.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ulasan atau resensi buku cerita mencakup identitas buku, sinopsis, kelebihan, dan rekomendasi pembaca.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Membedakan karakteristik buku fiksi dan nonfiksi, menelaah unsur intrinsik cerita pendek, memahami majas metafora, personifikasi, dan hiperbola, serta menyusun resensi buku sederhana.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Anatomi Buku dan Membedakan Fiksi-Nonfiksi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bagian sampul depan/belakang buku dan ciri isi teks fiksi versus nonfiksi.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Majas Hiperbola dalam Teks Cerita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kalimat bermajas hiperbola dan menafsirkan arti kiasannya.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Kalimat Langsung dan Kalimat Tidak Langsung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Mengubah dialog petikan ucapan langsung menjadi kalimat berita tidak langsung dan sebaliknya.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Kalimat berikut yang mengandung majas hiperbola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Suara teriakan penonton di stadion mengguncang bumi dan langit.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Angin berembus lembut di sore hari.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Buku ensiklopedia itu memiliki 200 halaman.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Ibu membeli sayur mayur di pasar tradisional.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'Mengguncang bumi dan langit' adalah majas hiperbola yang melebih-lebihkan kekuatan suara penonton.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Penulisan kalimat langsung yang tepat sesuai dengan kaidah EYD V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Ibu berkata: "Jangan lupa sarapan pagi sebelum berangkat."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Ibu berkata, "Jangan lupa sarapan pagi sebelum berangkat."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Ibu berkata; "jangan lupa sarapan pagi sebelum berangkat."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Ibu berkata, jangan lupa sarapan pagi sebelum berangkat.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Kalimat langsung didahului tanda koma sebelum tanda petik pembuka dan diawali huruf kapital.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Buku yang memuat informasi ilmu pengetahuan nyata berdasarkan riset dan fakta tergolong ke dalam buku...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Fiksi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Nonfiksi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Komik fantasi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Cerpen dongeng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Buku ilmiah, ensiklopedia, dan biografi adalah teks nonfiksi faktual.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Bentuk kalimat tidak langsung dari: Rian berkata, "Aku akan mengunjungi perpustakaan besok."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Rian berkata bahwa dia akan mengunjungi perpustakaan esok hari.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Rian berkata aku akan mengunjungi perpustakaan besok.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Rian berkata bahwa kamu akan mengunjungi perpustakaan.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Rian mengatakan bahwa mereka mengunjungi perpustakaan.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Kata ganti 'aku' berubah menjadi 'dia' dan tanda petik dihilangkan dengan menambah konjungsi 'bahwa'.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Halaman di akhir buku nonfiksi yang memuat daftar istilah penting beserta nomor halaman kemunculannya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Glosarium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Indeks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Daftar isi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Kata pengantar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Indeks adalah daftar kata/istilah penting beserta halaman rujukannya di akhir buku.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2: Buku Jendela Dunia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Anatomi Buku dan Membedakan Fiksi-Nonfiksi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bagian sampul depan/belakang buku dan ciri isi teks fiksi versus nonfiksi.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Majas Hiperbola dalam Teks Cerita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kalimat bermajas hiperbola dan menafsirkan arti kiasannya.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Kalimat Langsung dan Kalimat Tidak Langsung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Mengubah dialog petikan ucapan langsung menjadi kalimat berita tidak langsung dan sebaliknya.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buku jendela dunia menumbuhkan minat literasi membaca kritis terhadap ragam teks fiksi (cerita pendek, novel anak, komik) dan nonfiksi (buku sains, ensiklopedia, biografi).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struktur bagian buku (sampul, halaman judul, daftar isi, bab isi, glosarium, indeks) dan unsur intrinsik penokohan yang kompleks.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tata bahasa mengupas majas hiperbola (ungkapan melebih-lebihkan kenyataan) serta kaidah penulisan kalimat langsung dan kalimat tidak langsung menggunakan tanda petik dua (").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Teks Fiksi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Karya sastra yang bersumber dari imajinasi atau rekaan pengarang (contoh: dongeng, cerpen, novel).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Teks Nonfiksi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Tulisan yang disusun berdasarkan fakta, data riil, kenyataan ilmiah, atau peristiwa historis nyata.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Majas Hiperbola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Gaya bahasa kiasan yang menyatakan sesuatu secara berlebihan melebihi kenyataan sebenarnya (contoh: suaranya menggelegar membelah angkasa).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Kalimat Langsung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Kalimat yang menirukan ucapan atau perkataan orang lain secara persis sama dan diapit tanda petik dua.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Kalimat Tidak Langsung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Kalimat yang menceritakan kembali pokok perkataan yang diucapkan orang lain dalam bentuk kalimat berita.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