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Aku yang Unik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ragam kata sifat kepribadian dan menemukan sinonim serta antonim katanya.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deskripsi autobiografi singkat yang menggambarkan karakter, minat, dan keunikan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Merangkai puisi akrostik berbasis nama diri dengan diksi yang bermakna dan estetik.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Mengeksplorasi kosakata kata sifat untuk mendeskripsikan watak manusia, memahami relasi sinonim dan antonim, menganalisis teks deskripsi personal, serta menulis puisi akrostik dari nama sendiri.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Menyimak dan Menganalisis Sifat Tokoh Cerita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watak tokoh, latar, dan konflik pada teks cerita anak kembar bersaudara.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Kata Sifat, Sinonim, Antonim, dan Majas Metafora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Memperkaya kosakata sifat manusia dan menggunakan metafora dalam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Imbuhan Pe- dan Menulis Deskripsi 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Membentuk kata berawalan pe- dan menuliskan keunikan potensi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mengandung majas metafora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Budi adalah bintang kelas yang selalu meraih juara umum.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Wajahnya bersinar seperti rembulan malam.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Ombak bergulung memeluk pasir pantai.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Ayah membeli sebuah kamus bahasa Indonesia.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'Bintang kelas' adalah metafora yang mengumpamakan murid paling pintar dan berprestasi.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dasar 'bohong' jika diberi awalan pe- berubah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Pembohong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Penbohong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Pengbohong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Penybohong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 berawalan huruf b mendapat alomorf pem- (pembohong = orang yang suka berbohong).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Pasangan kata berikut yang merupakan antonim (lawan kata)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Hemat &gt;&lt; Irit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Dermawan &gt;&lt; Kikir (Pelit)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Pandai &gt;&lt; Cerdas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Ramah &gt;&lt; Sopan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Dermawan (suka memberi) berlawanan arti dengan kikir/pelit (enggan berbagi).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Orang yang suka membaca buku dan haus akan ilmu pengetahuan sering diumpamakan dengan julukan metafora...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Kutu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Kambing hitam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Meja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Lapang dada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Kutu buku adalah ungkapan metafora bagi orang yang gemar membaca dan belajar.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dasar 'tulis' jika diberi awalan pe-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Pengtulis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Pemtulis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Huruf t luluh menjadi 'pen-' sehingga menjadi 'penulis' (orang yang menulis buku/karya).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Aku yang Unik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Menyimak dan Menganalisis Sifat Tokoh Cerita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watak tokoh, latar, dan konflik pada teks cerita anak kembar bersaudara.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Kata Sifat, Sinonim, Antonim, dan Majas Metafora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Memperkaya kosakata sifat manusia dan menggunakan metafora dalam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Imbuhan Pe- dan Menulis Deskripsi 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Membentuk kata berawalan pe- dan menuliskan keunikan potensi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Fase C di kelas 5 SD, peserta didik mendalami ragam sifat dan kepribadian manusia melalui teks narasi dan deskripsi diri 'Rana dan Rani'.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perbendaharaan kata sifat (adjektiva), relasi makna sinonim dan antonim, serta gaya bahasa majas metafora dan personifikasi.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berlatih menggunakan imbuhan pe- (pe-, pem-, pen-, peng-, peny-) untuk membentuk kata benda penunjuk pelaku sifat serta menyusun teks autobiografi diri yang santun dan percaya 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Sifat (Adjektiva)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menerangkan kuantitas, kualitas, kecukupan, urutan, kualitas, atau penekanan suatu kata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Majas Metafora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perbandingan langsung secara analogis tanpa kata pembanding (contoh: 'Rani adalah kutu buku di kelasnya').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Sinonim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semantik yang menyatakan adanya kesamaan makna antara satu kata dengan kata lainnya (contoh: pandai = pintar).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Antonim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semantik yang menyatakan pertentangan makna antarkata (contoh: rajin &gt;&lt; malas).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Awalan Pe-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Imbuhan depan yang berfungsi membentuk kata benda yang menyatakan pelaku, alat, atau orang yang memiliki sifat tertentu.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