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Sehatlah Ragaku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ciri, struktur, dan kaidah kebahasaan teks prosedur (kata kerja imperatif dan konjungsi urutan).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prosedur sederhana tentang langkah menjaga kebersihan diri dan pola makan bergizi seimbang.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poster kampanye kesehatan lingkungan sekolah yang memadukan gambar dan teks ajakan yang persuasif.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petunjuk dan prosedur menjaga pola hidup sehat, merancang teks prosedur bertahap (mencuci tangan, memilih jajanan sehat), serta membuat poster edukasi kesehatan.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Membedakan Fakta dan Opini dalam Artikel Kesehatan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Menguji keabsahan pernyataan data vs pendapat pribadi penulis.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Menulis Teks Prosedur Membuat Makanan Sehat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resep lengkap alat, bahan takaran, dan langkah pembuatan.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Berbicara Efektif dalam Presentasi Pola Hidup Bersih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Menyampaikan kiat menjaga kesehatan dengan intonasi jelas dan runtut.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Pernyataan berikut yang merupakan kalimat fakta ilmiah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Sayur bayam adalah makanan paling lezat di seluruh dunia.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Tubuh manusia membutuhkan sekitar dua liter air setiap hari untuk metabolisme.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Olahraga lari pagi jauh lebih menyenangkan daripada bersepeda.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Buah mangga rasanya terlalu manis untuk dimakan.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Kebutuhan air 2 liter adalah data medis objektif terukur (fakta), sedangkan pilihan lain adalah opini selera.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Pernyataan 'Menurut saya, tidur larut malam saat bermain game tidak merusak kesehatan' tergolong ke dalam...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Fakta ilmiah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Opini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Berita resmi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Teks prosedur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'menurut saya' menandai opini pribadi yang bertentangan dengan fakta medis.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kerja imperatif (perintah) yang sering dijumpai pada teks prosedur resep makanan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Cuci, potong, masukkan, aduklah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Terlihat, termakan, tersenyum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Membaca, melihat, mendengar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Keindahan, kesehatan, kebugaran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Cuci, potong, masukkan, aduklah merupakan kata kerja imperatif perintah tindakan memasak.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khas kalimat fakta adalah dapat dibuktikan melalui pertanyaan...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Apa yang kamu rasakan?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Apakah itu benar-benar terjadi dan ada datanya?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Mengapa kamu menyukai itu?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Bagaimana seleramu?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Fakta selalu didasari bukti data nyata dan dapat diverifikasi kebenarannya.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Langkah pertama dalam 6 langkah cuci tangan pakai sabun standar kesehatan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Mengeringkan tangan dengan handuk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Meratakan sabun dengan menggosok kedua telapak tangan dengan air mengalir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Membersihkan ujung kuku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Menggosok ibu jari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Langkah pertama diawali dengan membasahi tangan dan meratakan sabun pada telapak tangan.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8: Sehatlah Ragaku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Membedakan Fakta dan Opini dalam Artikel Kesehatan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Menguji keabsahan pernyataan data vs pendapat pribadi penulis.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Menulis Teks Prosedur Membuat Makanan Sehat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resep lengkap alat, bahan takaran, dan langkah pembuatan.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Berbicara Efektif dalam Presentasi Pola Hidup Bersih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Menyampaikan kiat menjaga kesehatan dengan intonasi jelas dan runtut.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bahasa Indonesia kelas 4 mengusung tema kesehatan raga, kebugaran fisik, dan pola makan bergizi seimbang (Isi Piringku).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membedakan secara kritis antara kalimat fakta (dapat dibuktikan kebenarannya secara objektif) dan kalimat opini (pandangan/perasaan subjektif seseorang).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berlatih menyusun teks prosedur cara mencuci tangan 6 langkah, resep membuat bekal makanan sehat kaya serat, dan mempresentasikannya di hadapan teman 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Fakta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Kenyataan atau peristiwa yang benar-benar terjadi, nyata, dan dapat dibuktikan kebenarannya dengan data objektif.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Opini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Pendapat, pikiran, tanggapan, atau anggapan subjektif seseorang yang belum tentu disepakati semua 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Gizi Seimbang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makanan sehari-hari yang mengandung zat gizi dalam jenis dan jumlah yang sesuai kebutuhan tubuh.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Perintah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mengandung intonasi suruhan atau larangan untuk melakukan suatu perbuatan.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Isi Piringku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Panduan porsi makan sehat dari Kementerian Kesehatan (makanan pokok, lauk-pauk, sayuran, buah-buahan).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