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Bertukar atau Membayar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Menyimpulkan informasi penting dari infografik mengenai evolusi alat pembayaran dari masa ke masa.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ciri kalimat efektif (kelogisan, keparalelan, kehematan kata) dalam teks bacaan.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narasi singkat tentang pengalaman mengelola uang saku atau menabung dengan tata kalimat yang padu.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narasi dan infografik tentang sejarah uang dan transaksi ekonomi, memahami kalimat efektif, menelaah tabel harga barang, serta menulis teks narasi pengalaman jual beli di pasar/kantin.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Cerita Sejarah Uang dan Infografik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tersurat dan tersirat dalam teks narasi sejarah barter menuju uang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Menulis Teks Prosedur Menabung dan Menghemat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tahapan kegiatan dengan kalimat perintah, konjungsi urutan, dan batasan jelas.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Menyusun Kalimat Efektif dan EYD V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Memperbaiki kalimat ambigu dan berlebihan menjadi kalimat baku yang efektif.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teks prosedur yang paling menonjol pada bagian isi adalah menggunakan...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Bahasa kiasan dan majas hiperbola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Kalimat perintah (imperatif) dan langkah-langkah berurutan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Cerita khayalan dengan tokoh binatang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Data statistik rumus aljabar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prosedur menyajikan langkah demi langkah tindakan menggunakan kalimat imperatif yang jelas.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merupakan contoh kalimat efektif (tidak boros kata)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Semua para murid-murid hadir di sekolah.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Seluruh murid hadir di sekolah.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Banyak murid-murid sekalian hadir di sekolah.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Para murid-murid semua sedang hadir di sekolah.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'Seluruh murid hadir di sekolah' tidak melakukan pengulangan jamak ganda (seperti para murid-murid).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Media penyajian data yang menggabungkan teks penjelasan ringkas dengan gambar grafik menarik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Novel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Infografik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Ensiklopedia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Resensi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Infografik menyajikan data kompleks menjadi mudah dipahami melalui ilustrasi visual.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Kata penghubung (konjungsi) yang menandai urutan langkah dalam teks prosedur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Pertama, kemudian, selanjutnya, terakhir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Karena, sebab, sehingga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Tetapi, melainkan, padahal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Walaupun, meskipun, kendati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'Pertama, kemudian, selanjutnya, terakhir' adalah konjungsi temporal penanda tahapan langkah.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utama memiliki rekening tabungan sejak usia sekolah dasar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Agar bisa meminjamkan uang ke teman dengan bunga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Melatih kedisiplinan menyisihkan uang saku dan merencanakan masa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Menghabiskan uang belanja dalam satu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Memamerkan saldo tabungan kepada orang lain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Menabung sejak dini mendidik kedisiplinan finansial dan kemandirian anak.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Bertukar atau Membayar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Cerita Sejarah Uang dan Infografik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tersurat dan tersirat dalam teks narasi sejarah barter menuju uang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Menulis Teks Prosedur Menabung dan Menghemat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tahapan kegiatan dengan kalimat perintah, konjungsi urutan, dan batasan jelas.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Menyusun Kalimat Efektif dan EYD V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Memperbaiki kalimat ambigu dan berlebihan menjadi kalimat baku yang efektif.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bertukar atau membayar memadukan literasi bahasa dan literasi finansial melalui penelusuran sejarah uang, transaksi jual beli, dan kebiasaan menabung.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membaca infografik secara cermat, menuliskan teks prosedur pembukaan rekening tabungan anak atau pembuatan celengan dari barang bekas.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memfokuskan pada penyusunan kalimat efektif yang hemat kata, padat makna, dan sesuai kaidah PUEBI/EYD V.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Infografik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penyajian informasi, data, atau pengetahuan secara visual menggunakan perpaduan teks, bagan, dan gambar.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Prosedur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berisi petunjuk langkah-langkah atau tahapan berurutan untuk membuat atau melakukan sesuatu.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Efektif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disusun sesuai kaidah tata bahasa baku, mudah dipahami pembaca, dan tidak menggunakan kata mubazir.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Literasi Finansial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Pengetahuan dan keterampilan dalam mengelola keuangan, menabung, dan membedakan kebutuhan dari keinginan.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Uang Kartal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Uang kertas dan logam resmi yang diterbitkan bank sentral sebagai alat pembayaran sah.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