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Meliuk dan Menerjang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ide pokok dan informasi pendukung dalam teks eksplanasi mengenai tarian dan olahraga tradisional.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daftar pertanyaan wawancara yang santun dan efektif menggunakan kata tanya apa, siapa, di mana, kapan, mengapa, dan bagaimana.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wawancara sederhana dan menyusun hasilnya ke dalam format laporan tertulis yang terstruktur.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laporan hasil wawancara dan teks seni tari/olahraga tradisional, merancang daftar pertanyaan 5W1H untuk wawancara, melakukan praktik wawancara narasumber, dan menulis laporannya.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Ide Pokok dan Ide Pendukung Teks Nonfiksi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kalimat utama pada awal paragraf (deduktif) atau akhir paragraf (induktif).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Merancang Daftar Pertanyaan Wawancara (ADiKSiMBa)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pertanyaan 5W+1H yang relevan dan mendalam untuk menggali informasi.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Melakukan Wawancara dan Menulis Laporan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etika wawancara, mencatat jawaban, dan merangkum dalam format laporan.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tanya yang paling tepat digunakan untuk menanyakan alasan atau penyebab terjadinya suatu peristiwa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 mana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Siapa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tanya 'mengapa' menanyakan alasan, latar belakang, atau sebab akibat.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santun yang wajib dilakukan oleh seorang pewawancara sebelum mengajukan pertanyaan kepada narasumber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menyela perkataan narasumber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Mengucapkan salam, memperkenalkan diri, dan meminta izin kesediaan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Memaksa narasumber menjawab pertanyaan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mencatat informasi yang disampaikan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Etika wawancara menuntut salam sopan, perkenalan diri, dan izin waktu sebelum wawancara.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Paragraf yang kalimat utamanya (ide pokok) terletak di bagian awal paragraf disebut paragraf...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Induktif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Deduktif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Campuran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Narasi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Deduktif = ide pokok di awal kalimat/paragraf.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tanya yang tepat untuk menggali informasi mengenai cara atau proses pembuatan gerabah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Siapa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Bagaimana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 mana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Berapa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'Bagaimana' digunakan untuk menanyakan cara, proses, atau tahapan pengerjaan.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Setelah selesai melakukan wawancara dengan narasumber, langkah terakhir yang harus kita lakukan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pergi meninggalkan tempat tanpa berpamitan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Menyampaikan ucapan terima kasih atas waktu dan informasi yang telah diberikan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Meminta uang kepada narasumber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Mengkritik pendapat narasumber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Mengucapkan terima kasih merupakan etika penutup wawancara yang baik.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Meliuk dan Menerjang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Ide Pokok dan Ide Pendukung Teks Nonfiksi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kalimat utama pada awal paragraf (deduktif) atau akhir paragraf (induktif).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Merancang Daftar Pertanyaan Wawancara (ADiKSiMBa)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pertanyaan 5W+1H yang relevan dan mendalam untuk menggali informasi.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Melakukan Wawancara dan Menulis Laporan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etika wawancara, mencatat jawaban, dan merangkum dalam format laporan.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meliuk dan menerjang membimbing peserta didik mendalami teks nonfiksi informasional tentang seni bela diri tradisional (pencak silat) dan tarian daerah Nusantara.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membedakan ide pokok (gagasan sentral) dan ide pendukung (kalimat penjelas/rincian contoh) dalam paragraf teks.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melatih keterampilan wawancara: menyusun daftar pertanyaan menggunakan rumus ADiKSiMBa (Apa, Di mana, Kapan, Siapa, Mengapa, Bagaimana), melakukan wawancara santun dengan narasumber, dan menulis laporan hasil wawancara.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 Pendukung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Gagasan yang berfungsi menjelaskan, memerinci, atau memperkuat ide pokok dalam suatu paragraf.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Wawancara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tanya jawab lisan antara pewawancara dan narasumber untuk memperoleh informasi atau data akurat.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Narasumber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 yang memberikan informasi atau ahli yang diwawancarai karena memiliki keahlian dalam bidang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ADiKSiMBa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Akronim kata tanya: Apa, Di mana, Kapan, Siapa, Mengapa, dan Bagaimana (5W+1H).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Paragraf Deduktif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Paragraf yang letak ide pokok atau kalimat utamanya berada di awal paragraf.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