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Lihat Sekitar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arti rambu peringatan, petunjuk, larangan, dan perintah pada lingkungan jalan raya.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dan menjelaskan denah rute perjalanan dari rumah menuju sekolah dengan bahasa yang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petunjuk arah menggunakan kata penunjuk arah (utara, selatan, timur, barat, belok kanan/kiri).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petunjuk arah dan rambu-rambu lalu lintas, memahami denah lokasi sederhana, menggunakan kata penghubung antarkalimat, serta menulis paragraf rute perjalanan ke sekolah.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Denah dan Rambu Lalu Lintas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Menginterpretasikan lambang peringatan, larangan, perintah, dan petunjuk di jalan raya.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Menulis Teks Petunjuk Arah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petunjuk rute jalan dengan kata hubung urutan waktu yang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Menyusun Paragraf Argumentasi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Menyampaikan pendapat didukung fakta dan bukti logis tentang keselamatan jalan.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Rambu lalu lintas berbentuk lingkaran berlatar putih dengan lingkaran tepi merah dan huruf 'P' dicoret garis merah miring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Boleh parkir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Dilarang parkir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Dilarang berhenti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Tempat parkir khusus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Huruf P dicoret merah adalah rambu larangan parkir bagi kendaraan.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kamu menghadap ke arah matahari terbit di pagi hari, maka tangan kirimu menunjuk ke arah...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Utara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Barat Daya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Menghadap ke Timur (arah terbit matahari) berarti sisi kiri mengarah tepat ke Utara dan sisi kanan ke Selatan.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utama dari paragraf argumentasi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Mengisahkan tokoh dongeng dengan alur khayalan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Menyajikan langkah-langkah membuat makanan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Berisi pendapat penulis yang dilengkapi dengan alasan logis dan fakta pendukung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Menggambarkan pemandangan alam secara mendalam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Argumentasi mengemukakan opini atau argumen yang didukung data logis.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hubung yang tepat untuk menyatakan hubungan sebab-akibat dalam kalimat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Oleh karena itu / Karena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Sambil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Serta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'Oleh karena itu' atau 'karena' adalah konjungsi penanda hubungan sebab-akibat.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Saat menuliskan teks petunjuk arah rute perjalanan, kalimat yang digunakan sebaiknya bersifat...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Panjang, berbelit-belit, dan puitis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Jelas, ringkas, berurutan, dan komunikatif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bahasa daerah yang sulit dipahami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menyebutkan nama jalan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petunjuk harus lugas, jelas, dan urut agar pembaca tidak tersesat.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Lihat Sekitar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Denah dan Rambu Lalu Lintas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Menginterpretasikan lambang peringatan, larangan, perintah, dan petunjuk di jalan raya.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Menulis Teks Petunjuk Arah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petunjuk rute jalan dengan kata hubung urutan waktu yang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Menyusun Paragraf Argumentasi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Menyampaikan pendapat didukung fakta dan bukti logis tentang keselamatan jalan.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lihat sekitar melatih kecakapan spasial dan literasi visual peserta didik dalam membaca denah lokasi, rambu-rambu petunjuk keselamatan lalu lintas, dan arah mata angin.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menyusun teks petunjuk perjalanan yang jelas, runtut, dan menggunakan kosakata petunjuk arah (belok kanan, lurus, di seberang, persimpangan).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membedakan antara paragraf deskripsi (menggambarkan suasana jalan) dan paragraf argumentasi (menyampaikan pendapat disertai alasan logis mengenai pentingnya tertib berkendara).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Gambar yang menunjukkan letak kota, jalan, atau bagian ruangan dalam skala sederhana.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Rambu Lalu Lintas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Peralatan rambu jalan berupa lambang, huruf, angka, atau kalimat yang digunakan untuk memberi peringatan, larangan, perintah, dan petunjuk.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Paragraf Argumentasi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berisi pendapat, pandangan, atau keyakinan penulis yang disertai alasan dan bukti untuk meyakinkan pembaca.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Arah Mata Angin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Panduan penunjuk arah utama di bumi (utara, timur laut, timur, tenggara, selatan, barat daya, barat, barat laut).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Konjungsi Antarkalimat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hubung yang menyambungkan gagasan antara satu kalimat dengan kalimat berikutnya (contoh: selain itu, oleh karena itu).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