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Di Bawah Atap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Menyimak dan menceritakan kembali isi teks percakapan tentang pembagian tugas dalam keluarga.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Menerapkan kaidah pembentukan kata berimbuhan awalan me- (men-, mem-, meny-, meng-) secara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paragraf deskripsi singkat menggambarkan suasana atau ruangan di rumah dengan ejaan yang disempurnakan.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Membahas pembagian tugas di rumah, memahami ragam kata kerja (kata dasar dan berimbuhan me-), membaca fabel dan teks deskripsi, serta menulis karangan deskriptif tentang ruang di rumah.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Membaca Cerita Keluarga dan Menemukan Ide Pokok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nilai gotong royong dan tanggung jawab dalam cerita 'Kepala Suku Len'.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Kata Homonim dan Makna Kontekstual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arti kata ganda dalam ragam kalimat sehari-hari.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Kaidah Pembentukan Kata Berawalan me-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aturan peluluhan fonem k, t, s, p pada kata berimbuhan me-.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Kata 'bisa' pada kalimat 'Ular kobra memiliki bisa yang sangat mematikan' bermakna...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Mampu melakukan sesuatu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Racun atau zat beracun hewan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Dapat terwujud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Penyakit menular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Pada konteks ular, 'bisa' berarti racun binatang (homonim dari kata bisa yang berarti dapat).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Kata dasar 'sapu' jika diberi awalan me- berubah menjadi...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Mensapu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Memsapu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Menyapu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Mengsapu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Huruf awal 's' pada kata dasar bersuku kata lebih dari satu luluh menjadi 'meny-' (menyapu).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Penulisan kata berimbuhan me- yang benar menurut kaidah EYD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Mengunci (dari kata dasar kunci)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Memukul (dari kata dasar pukul)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Menulis (dari kata dasar tulis)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Semua pilihan A, B, C benar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D — Pembahasan: </w:t>
      </w:r>
      <w:r>
        <w:rPr>
          <w:rFonts w:ascii="Calibri" w:hAnsi="Calibri"/>
          <w:b w:val="0"/>
          <w:i/>
          <w:color w:val="64748B"/>
          <w:sz w:val="17"/>
        </w:rPr>
        <w:t>Huruf k, p, t luluh saat diberi awalan me-: me + kunci = mengunci, me + pukul = memukul, me + tulis = menulis.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Kata dasar 'tiup' setelah diberi awalan me- menjadi...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Mentiup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Meniup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Mengtiup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Memtiup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Huruf 't' pada tiup luluh menjadi 'n' sehingga menjadi 'meniup'.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Gagasan utama yang mendasari isi seluruh paragraf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Kalimat penjelas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Ide pokok / gagasan utama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Kata kunci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Kesimpulan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Ide pokok adalah inti sari dari topik pembahasan suatu paragraf.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2: Di Bawah Atap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Membaca Cerita Keluarga dan Menemukan Ide Pokok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nilai gotong royong dan tanggung jawab dalam cerita 'Kepala Suku Len'.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Kata Homonim dan Makna Kontekstual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arti kata ganda dalam ragam kalimat sehari-hari.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Kaidah Pembentukan Kata Berawalan me-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aturan peluluhan fonem k, t, s, p pada kata berimbuhan me-.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di bawah atap mengangkat tema kehangatan keluarga, pembagian tugas di rumah, dan adab berkomunikasi antaranggotanya.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konsep homonim (kata yang sama ejaan dan lafalnya namun berbeda makna berdasarkan konteks, seperti 'bisa' racun vs dapat).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juga mendalami pembentukan kata berimbuhan awalan me- (me-, men-, mem-, meng-, meny-) sesuai kaidah peluluhan fonem KTSP serta menuliskan cerita pendek tentang kerja sama di rumah.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Homonim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yang memiliki bentuk ejaan dan pengucapan sama, tetapi memiliki arti yang berbeda (contoh: 'genting' = gawat / atap rumah).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Awalan (Prefiks) me-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Imbuhan yang diletakkan di awal kata dasar untuk membentuk kata kerja aktif transitif atau intransitif.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Peluluhan Fonem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hilangnya huruf awal k, t, s, p pada kata dasar ketika diberi awalan me- yang diikuti huruf vokal.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Ide Pokok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Gagasan utama atau inti pembahasan yang menjiwai suatu paragraf dalam bacaan.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Kalimat Narasi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Rangkaian kalimat yang menceritakan urutan peristiwa secara kronologis waktu.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