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Sudah Besar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tokoh, latar, alur, dan pesan moral dalam teks narasi cerita fiksi anak.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Mencari arti kosakata baru menggunakan Kamus Besar Bahasa Indonesia (KBBI) daring atau cetak.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unsur subjek, predikat, objek (S-P-O) serta membedakan kalimat transitif dan intransitif.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Membaca teks cerita fiksi kemandirian anak, menemukan makna kata baru dalam Kamus Besar Bahasa Indonesia (KBBI), membedakan kalimat transitif dan intransitif, serta menulis paragraf pengalaman pribadi.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Menyimak dan Membaca Cerita Tokoh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perasaan dan tindakan tokoh cerita 'Tak Muat Lagi' serta menemukan pesan moral.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Memahami Kalimat Transitif dan Kalimat Intransitif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pola kalimat SPO (Subjek-Predikat-Objek) dan SPK (Subjek-Predikat-Keterangan).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Menggunakan Kamus dan Menulis Paragraf Deskripsi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Mencari makna kata dasar dalam KBBI dan menyusun paragraf pengalaman pribadi.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berikut yang merupakan contoh kalimat transitif (memerlukan objek)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Burung gereja berkicau di atas pohon.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Lala memakai baju baru berwarna merah.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Bayi itu menangis tersedu-sedu.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Doni berenang di kolam sekolah.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'Lala (Subjek) memakai (Predikat) baju baru (Objek)'. Kalimat ini memiliki objek sehingga merupakan kalimat transitif.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Perasaan takut yang berlebihan dan tidak beralasan terhadap kegelapan atau ruangan sempit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Alergi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Fobia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Trauma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Hobi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Fobia adalah ketakutan luar biasa yang tidak wajar terhadap objek atau kondisi tertentu.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Langkah pertama yang benar saat mencari arti kata 'menertawakan' di dalam kamus cetak (KBBI) adalah mencari kata dasarnya,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Tertawa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Ketawa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Tawa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dasar dari 'menertawakan' adalah 'tertawa' (huruf awal T).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Pada kalimat 'Kiki tersenyum lebar mendengar lelucon temannya', pola kalimat yang digunakan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Subjek - Predikat - Objek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Subjek - Predikat - Keterangan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Subjek - Predikat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Predikat - Objek - Keterangan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Kiki (Subjek) tersenyum (Predikat) lebar mendengar lelucon temannya (Keterangan).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Paragraf yang bertujuan melukiskan rupa atau keadaan suatu benda dengan indra penglihatan disebut paragraf...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Narasi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Deskripsi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Prosedur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Persuasi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Paragraf deskripsi memaparkan objek secara terperinci menggunakan kata-kata indrawi.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1: Sudah Besar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Menyimak dan Membaca Cerita Tokoh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perasaan dan tindakan tokoh cerita 'Tak Muat Lagi' serta menemukan pesan moral.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Memahami Kalimat Transitif dan Kalimat Intransitif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pola kalimat SPO (Subjek-Predikat-Objek) dan SPK (Subjek-Predikat-Keterangan).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Menggunakan Kamus dan Menulis Paragraf Deskripsi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Mencari makna kata dasar dalam KBBI dan menyusun paragraf pengalaman pribadi.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pertama bahasa Indonesia kelas 4 SD berfokus pada eksplorasi teks narasi bertema pertumbuhan diri dan mengatasi rasa takut (fobia).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belajar mengidentifikasi permasalahan tokoh dalam cerita fiksi, menemukan kosakata baru menggunakan Kamus Besar Bahasa Indonesia (KBBI), serta membedakan fungsi kalimat transitif (memerlukan objek) dan intransitif (tanpa objek).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dilatih menulis teks deskripsi singkat tentang pengalaman masa kecil dan perubahan fisik serta emosional yang dialami saat bertambah besar.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Transitif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predikatnya berupa kata kerja yang memerlukan objek penderita agar maknanya utuh (contoh: Rani membaca buku).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Intransitif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predikatnya tidak memerlukan objek (contoh: Adik tertidur pulas).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Fobia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Rasa takut berlebihan, tidak rasional, dan terus-menerus terhadap suatu objek atau situasi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KBBI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Kamus Besar Bahasa Indonesia sebagai rujukan baku makna kata dan ejaan resmi bahasa Indonesia.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Teks Deskripsi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Teks yang menggambarkan suatu objek, tempat, atau peristiwa secara rinci sehingga pembaca seolah melihat atau merasakannya sendiri.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