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INDONESIA — FASE B (KELAS 3)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3)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Indonesia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7: Aku dan Si Merah (Menghemat Energi dan Menjaga Lingkungan)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mengidentifikasi hubungan sebab-akibat dalam teks bacaan lingkungan hidup.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menggunakan kata hubung sebab-akibat dalam menyusun paragraf argumentasi sederhana.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membuat slogan dan poster persuasif dengan kalimat ajakan yang komunikatif.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membaca teks eksplanasi sederhana tentang penghematan energi, menemukan hubungan sebab-akibat, membuat slogan/poster persuasif ramah lingkungan.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Membaca Teks Eksplanasi Hubungan Sebab-Akibat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Menemukan penyebab dan akibat dari perilaku membuang sampah dan pemborosan energi.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Menggunakan Konjungsi Kausalitas dalam Kalimat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Menghubungkan dua klausa menggunakan kata hubung 'karena', 'sehingga', dan 'akibatnya'.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Membuat Poster dan Slogan Ajakan Hemat Energi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Menuliskan kalimat persuasif hemat listrik/air pada media gambar poster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Perhatikan kalimat berikut: 'Boni lupa mematikan kran air di kamar mandi ... air bak tumpah dan membanjiri lantai.' Konjungsi sebab-akibat yang tepat untuk mengisi titik-titik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Walaupun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Sehingga / Akibatnya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Atau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Tetapi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'Sehingga' atau 'akibatnya' menyatakan hubungan konsekuensi logis dari tindakan kelalaian Boni.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Contoh kalimat persuasif (ajakan) yang tepat untuk ditempel di dekat sakelar lampu ruang kelas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Lampu ini dibeli di toko listrik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Matikan lampu saat ruangan tidak digunakan untuk menghemat energi bumi!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Ruang kelas ini memiliki empat buah lampu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Jangan pernah menyentuh sakelar lampu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Kalimat tersebut berisi ajakan positif menghemat energi disertai tujuan yang jelas.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Penyebab utama terjadinya banjir di lingkungan perkotaan saat musim hujan tiba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Banyaknya pohon rindang di taman kota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Kebiasaan membuang sampah ke saluran air dan selokan sehingga tersumbat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Menghemat pemakaian air keran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Mematikan lampu di siang hari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Penyumbatan drainase oleh sampah menghalangi aliran air hujan menuju sungai sehingga meluap.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Slogan lingkungan yang bermakna ajakan menjaga kelestarian pohon dan tanaman hijau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Satu Pohon Sejuta Oksigen untuk Masa Depan Bumi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Belilah barang sebanyak-banyaknya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Habiskan air sebelum mengering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Gunakan listrik sesukamu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Slogan tersebut ringkas, berima menarik, dan memuat pesan penting penanaman pohon.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Perbedaan utama antara kalimat ajakan (persuasif) dengan kalimat berita (fakta)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Kalimat ajakan bertujuan membujuk atau mempengaruhi pembaca melakukan sesuatu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Kalimat ajakan selalu berisi cerita bohong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Kalimat berita tidak memiliki makna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Kalimat ajakan hanya boleh ditulis di buku catatan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Kalimat persuasif bersifat memotivasi atau mendorong pembaca melakukan tindakan nyata.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Indonesia • Bab 7: Aku dan Si Merah (Menghemat Energi dan Menjaga Lingkungan)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Membaca Teks Eksplanasi Hubungan Sebab-Akibat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Menemukan penyebab dan akibat dari perilaku membuang sampah dan pemborosan energi.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Menggunakan Konjungsi Kausalitas dalam Kalimat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Menghubungkan dua klausa menggunakan kata hubung 'karena', 'sehingga', dan 'akibatnya'.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Membuat Poster dan Slogan Ajakan Hemat Energi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Menuliskan kalimat persuasif hemat listrik/air pada media gambar poster kelas.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Bumi membutuhkan kepedulian manusia untuk menjaga ketersediaan sumber daya energi dan kelestarian alam. Melalui teks eksplanasi sederhana, peserta didik mempelajari bagaimana pemborosan listrik dan air dapat berdampak pada lingkungan hidup.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menganalisis hubungan sebab-akibat dalam kalimat teks (menggunakan konjungsi 'karena', 'sehingga', 'oleh sebab itu', 'mengakibatkan') dan membedakan antara fakta lingkungan dan opini.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merancang poster kampanye peduli bumi yang memadukan gambar menarik dengan kalimat ajakan (persuasif) yang singkat, padat, dan bermakna kuat.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Teks Eksplanasi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Teks yang menjelaskan proses terjadinya suatu fenomena alam, sosial, atau lingkungan beserta sebab-akibatnya.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Sebab-Akibat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Hubungan keterkaitan antara suatu peristiwa yang memicu (sebab) timbulnya peristiwa lain (akibat).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Kalimat Persuasif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Kalimat yang bertujuan membujuk, merayu, atau mengajak pembaca untuk melakukan tindakan positif tertentu.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Slogan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Kalimat pendek yang menarik, mencolok, dan mudah diingat untuk menyampaikan pesan atau prinsip gerakan.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Indonesia Kelas 3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