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Tersesat! (Membaca Peta, Denah, dan Tanda Bahaya)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memahami simbol gambar pada denah dan rambu keselamatan umum.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memberikan instruksi petunjuk arah jalan dengan kalimat yang jelas dan runtut.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langkah penyelamatan diri saat tersesat di tempat umum.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membaca simbol denah, memahami rambu peringatan keselamatan publik, menyampaikan petunjuk arah perjalanan secara runtut, dan bersikap tenang saat tersesat.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Membaca Simbol Denah dan Rambu Keselamatan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Menafsirkan arti lambang rambu bahaya dan rambu penunjuk fasilitas umum di tempat ramai.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Menyampaikan Petunjuk Arah Perjalanan Lisan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Melatih kemampuan berbicara memberikan rute dari gerbang sekolah menuju ruang UKS atau perpustakaan.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Sikap Waspada dan Tanggap Saat Berada di Tempat Umum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Mempelajari langkah mencari petugas keamanan (satpam/polisi) dan tidak mudah percaya pada orang asing.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Rambu bergambar tanda seru di dalam segitiga kuning biasanya bermakna...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Larangan berbicara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Peringatan untuk berhati-hati dan waspada terhadap bahaya di sekitar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Petunjuk tempat makan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Perintah untuk berlari kencang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Segitiga kuning dengan tanda seru adalah simbol universal peringatan bahaya atau kewaspadaan.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Jika seorang pengunjung bertanya arah toilet di sekolah, petunjuk arah yang runtut dan jelas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Di sana pokoknya jauh sekali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Dari lobi ini berjalanlah lurus melewati ruang guru, lalu belok ke kiri, toilet berada di sebelah perpustakaan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Cari saja sendiri di belakang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Saya tidak tahu menahu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Petunjuk yang efektif memuat titik awal, arah gerak (lurus/belok), patokan bangunan, dan posisi akhir.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Tindakan pertama yang paling tepat dan aman saat kita terpisah dari orang tua di pasar malam yang ramai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Menangis histeris dan berlari ke jalan raya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Tetap tenang, tidak panik, dan segera mendatangi pos keamanan/satpam untuk meminta bantuan pengumuman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Ikut pergi bersama orang asing yang menawarkan permen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Bersembunyi di semak-semak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Mendatangi petugas keamanan berseragam resmi adalah langkah paling aman saat tersesat di fasilitas publik.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Rambu hijau bergambar orang berlari menuju pintu keluar menunjukkan arah...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Kamar mandi pria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Pintu darurat / jalur evakuasi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Ruang bermain anak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Tempat parkir kendaraan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Simbol hijau tersebut adalah lambang internasional petunjuk pintu keluar darurat (emergency exit).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Kata yang tepat untuk menggambarkan posisi sebuah bangunan yang berada tepat di seberang jalan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Berseberangan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Bertumpukan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Menghilang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Terpencil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'Berseberangan' bermakna terletak berhadapan dengan dipisahkan oleh jalan atau ruang.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6: Tersesat! (Membaca Peta, Denah, dan Tanda Bahaya)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Membaca Simbol Denah dan Rambu Keselamatan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Menafsirkan arti lambang rambu bahaya dan rambu penunjuk fasilitas umum di tempat ramai.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Menyampaikan Petunjuk Arah Perjalanan Lisan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Melatih kemampuan berbicara memberikan rute dari gerbang sekolah menuju ruang UKS atau perpustakaan.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Sikap Waspada dan Tanggap Saat Berada di Tempat Umum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Mempelajari langkah mencari petugas keamanan (satpam/polisi) dan tidak mudah percaya pada orang asing.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Kemampuan membaca denah dan simbol rambu keselamatan sangat penting untuk menjaga diri di ruang publik. Peserta didik membaca cerita petualangan anak yang mencari jalan pulang dengan membaca tanda-tanda penunjuk arah.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makna berbagai rambu peringatan (seperti rambu hati-hati lantai licin, pintu darurat, jalur evakuasi, dan dilarang masuk) serta menggunakan kosakata arah (belok kanan, lurus, di seberang, persimpangan).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dilatih memberikan petunjuk arah lisan secara runtut kepada teman dan memahami nomor darurat serta etika meminta bantuan saat terpisah dari orang tua.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Rambu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Tanda visual (gambar, simbol, warna) yang dipasang untuk memberi peringatan, larangan, atau petunjuk bagi masyarakat.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Jalur Evakuasi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Rute lintasan penyelamatan terarah yang harus dilalui warga saat terjadi keadaan darurat atau bencana.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Petunjuk Arah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Penjelasan mengenai urutan jalan atau rute yang harus ditempuh untuk mencapai tempat tujuan.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Ruang Publik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Tempat umum yang dapat diakses dan digunakan oleh seluruh lapisan masyarakat (taman, stasiun, mall).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