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Bola-Bola Cokelat (Membuat Produk dan Teks Prosedur)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struktur teks prosedur (tujuan, alat/bahan, langkah kerja).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kata kerja tindakan dan kata hubung urutan waktu dengan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menuliskan teks prosedur sederhana untuk membuat suatu produk atau makanan.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dan menulis teks prosedur resep makanan/kerajinan, penggunaan kata kerja aktif imperatif, konjungsi urutan, dan presentasi unjuk karya.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Resep dan Langkah Pembuatan Kudapan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informasi bahan, takaran, dan tahapan memasak bola-bola cokelat.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Menggunakan Kata Kerja Tindakan dan Konjungsi Kronologis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instruktif menggunakan kata 'hancurkan biskuit', 'tuang susu', 'lalu', 'selanjutnya'.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Menuliskan Panduan Kreasi Produk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teks prosedur kreasi mainan dari barang bekas secara runtut dan rapi.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Bagian pertama yang dicantumkan dalam teks prosedur pembuatan makanan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Langkah-langkah kerja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Judul/tujuan serta daftar alat dan bahan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Kunci jawaban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Daftar pustaka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Struktur pembuka teks prosedur memuat judul/tujuan dan kelengkapan alat serta bahan.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Perhatikan langkah acak berikut:</w:t>
        <w:br/>
        <w:t>(1) Bentuk adonan menjadi bulatan kecil</w:t>
        <w:br/>
        <w:t>(2) Hancurkan biskuit hingga halus di mangkuk</w:t>
        <w:br/>
        <w:t>(3) Gulingkan bola cokelat ke atas taburan meses</w:t>
        <w:br/>
        <w:t>(4) Campurkan susu kental manis dan aduk rata</w:t>
        <w:br/>
        <w:t>Urutan pembuatan bola-bola cokelat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(2) - (4) - (1) - (3)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(1) - (2) - (3) - (4)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(4) - (2) - (1) - (3)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(2) - (1) - (4) - (3)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Urutan logis: biskuit dihancurkan (2) → dicampur susu (4) → dibentuk bulatan (1) → ditaburi meses (3).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Kata di bawah ini yang merupakan contoh kata kerja tindakan imperatif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Sangat manis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Aduklah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Gula pasir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Cokelat lezat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'Aduklah' adalah kata kerja perintah yang menginstruksikan perbuatan mencampur adonan.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Konjungsi urutan waktu yang tepat untuk menghubungkan kalimat kedua dan ketiga dalam teks prosedur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Karena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Selanjutnya / Setelah itu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Tetapi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Walaupun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'Selanjutnya' dan 'setelah itu' adalah kata hubung penanda kelanjutan tahapan kerja.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Mengapa langkah-langkah dalam teks prosedur harus ditulis secara berurutan dan tidak boleh terbolak-balik?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Supaya teks terlihat lebih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Agar hasil karya atau masakan berhasil dengan baik dan tidak gagal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Supaya tulisan terlihat bagus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Karena diperintahkan oleh teman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Urutan yang keliru pada teks prosedur dapat merusak proses dan menyebabkan kegagalan produk.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5: Bola-Bola Cokelat (Membuat Produk dan Teks Prosedur)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Resep dan Langkah Pembuatan Kudapan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informasi bahan, takaran, dan tahapan memasak bola-bola cokelat.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Menggunakan Kata Kerja Tindakan dan Konjungsi Kronologis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instruktif menggunakan kata 'hancurkan biskuit', 'tuang susu', 'lalu', 'selanjutnya'.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Menuliskan Panduan Kreasi Produk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teks prosedur kreasi mainan dari barang bekas secara runtut dan rapi.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Membuat suatu karya atau kudapan membutuhkan panduan yang sistematis agar hasilnya sesuai harapan. Pada bab ini, peserta didik membaca teks prosedur resep sederhana (seperti membuat bola-bola cokelat dan teh manis hangat).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tiga struktur inti teks prosedur: tujuan, bahan dan alat yang dibutuhkan, serta langkah-langkah kerja yang berurutan. Mereka melatih ketelitian dalam menggunakan kata kerja tindakan (aduklah, campurkan, bentuklah).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diajak menuliskan teks prosedur mandiri untuk proyek kreasi mereka sendiri dan mempresentasikannya di hadapan teman-teman sekelas.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Prosedur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berisi tahapan atau instruksi kerja untuk membuat, menggunakan, atau melakukan sesuatu secara berurutan.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 Kerja Tindakan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yang menyatakan aktivitas fisik atau perbuatan nyata yang dilakukan subjek.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Bahan dan Alat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Benda-benda yang diperlukan dan dihabiskan atau digunakan sebagai media pendukung pembuatan produk.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Langkah Kerja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Urutan tahapan kegiatan dari awal hingga selesai yang harus diikuti secara kronologis.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