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Senyum di Sekitarku (Mengenal Profesi dan Wirausaha)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berbagai profesi dan tugasnya dalam kehidupan bermasyarakat.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menyusun kalimat tanya wawancara dengan kata tanya yang tepat dan santun.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wawancara sederhana dan menyajikan laporannya secara tertulis.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mengenal ragam profesi dan bidang jasa di sekitar, etika dan teknik wawancara sederhana, serta menyusun laporan hasil wawancara.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Ragam Profesi dan Bidang Pekerjaan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Membaca teks narasi tentang tugas dan peran para pekerja di lingkungan masyarakat.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Menyusun Daftar Pertanyaan Wawancara (5W1H)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 pertanyaan santun menggunakan kata tanya apa, siapa, di mana, kapan, mengapa, bagaimana.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Menulis Laporan Hasil Wawancara Sederhana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Merangkum poin-poin penting jawaban narasumber ke dalam format laporan terpadu.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Kata tanya yang tepat untuk menanyakan alasan terjadinya suatu peristiwa dalam wawancara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Siapa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 mana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Mengapa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Kapan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Kata tanya 'mengapa' digunakan untuk menanyakan sebab, alasan, atau latar belakang suatu kejadian.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Orang yang bertugas memberikan informasi dan menjawab pertanyaan dalam kegiatan wawancara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Pewawancara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Narasumber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Notulis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Moderator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Narasumber adalah subjek ahli atau sumber informasi yang diwawancarai.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Sikap yang sopan dan santun saat melakukan wawancara kepada penjual di kantin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Memotong pembicaraan saat narasumber sedang menjelaskan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Mengucapkan salam, meminta izin dengan sopan, dan mencatat jawaban dengan tenang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Berteriak-teriak meminta jawaban cepat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Mengkritik cara berbicara narasumber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Meminta izin dan mendengarkan dengan penuh perhatian adalah etika dasar berwawancara.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Contoh kalimat tanya yang tepat untuk menanyakan lokasi tempat seorang dokter bertugas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Siapa nama dokter yang memeriksa?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 mana dokter membuka tempat praktik kesehatan?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Mengapa dokter memakai jas putih?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Berapa harga obat tersebut?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Kata tanya 'di mana' digunakan untuk menanyakan tempat atau lokasi.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Profesi yang berjasa besar dalam menanam padi, merawat tanaman di sawah, dan menyediakan beras bagi masyarakat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Nelayan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Petani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Masinis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Pilot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Petani mengolah lahan pertanian untuk menghasilkan bahan pangan pokok.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4: Senyum di Sekitarku (Mengenal Profesi dan Wirausaha)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Ragam Profesi dan Bidang Pekerjaan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Membaca teks narasi tentang tugas dan peran para pekerja di lingkungan masyarakat.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Menyusun Daftar Pertanyaan Wawancara (5W1H)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 pertanyaan santun menggunakan kata tanya apa, siapa, di mana, kapan, mengapa, bagaimana.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Menulis Laporan Hasil Wawancara Sederhana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Merangkum poin-poin penting jawaban narasumber ke dalam format laporan terpadu.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Masyarakat di sekitar kita bekerja dalam berbagai profesi untuk memenuhi kebutuhan hidup dan saling membantu, seperti guru, dokter, polisi, pedagang, petani, perajin, dan peternak.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teknik wawancara sederhana untuk menggali informasi dari narasumber. Siswa menyusun daftar pertanyaan menggunakan kata tanya ADiKSiMBa (Apa, Di mana, Kapan, Siapa, Mengapa, Bagaimana).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mempraktikkan bermain peran sebagai pewawancara dan narasumber serta menuangkan hasil catatan informasi menjadi teks laporan singkat yang terstruktur.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Profesi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Bidang pekerjaan yang ditekuni seseorang dan membutuhkan keahlian atau keterampilan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Wawancara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Kegiatan tanya jawab antara pewawancara dan narasumber untuk memperoleh keterangan atau informasi.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Narasumber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Orang yang memberikan informasi tepercaya karena memiliki pengetahuan atau keahlian di bidangnya.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Kata Tanya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yang digunakan dalam kalimat tanya untuk meminta penjelasan (apa, siapa, di mana, kapan, mengapa, bagaimana).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