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Ayo Main! (Teks Petunjuk dan Permainan Tradisional)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memahami ide pokok dan langkah-langkah dalam teks petunjuk permainan.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kalimat instruksi (perintah dan larangan) dengan ejaan dan tanda baca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menyampaikan cara melakukan suatu permainan secara lisan dengan urutan yang runtut.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teks petunjuk prosedur permainan tradisional (engklek, gobak sodor, congklak), menulis kalimat perintah/larangan santun, dan berbicara runtut.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Menyimak dan Membaca Teks Petunjuk Permainan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informasi pokok tentang aturan dan langkah bermain gobak sodor atau engklek.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Menulis Kalimat Perintah dan Larangan yang Santun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instruksi petunjuk dengan kata kerja imperatif (letakkan, lompatlah, jangan mendahului).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Mempresentasikan Aturan Permainan Tradisional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cara bermain di depan kelas dengan suara lantang, artikulasi jelas, dan bahasa santun.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Perhatikan kalimat berikut: '... gundu ke dalam lingkaran tanah sebelum melempar giliran berikutnya!' Kata perintah yang tepat untuk melengkapi kalimat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Janganlah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Letakkanlah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Membaca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Apakah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'Letakkanlah' merupakan kata kerja imperatif (perintah) yang bermakna instruksi menaruh gundu.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Contoh kalimat larangan yang disampaikan secara santun saat bermain bersama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Cepat lari ke sana sekarang juga!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Jangan mendorong teman saat sedang berlari agar tidak terluka.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Mengapa kamu tidak ikut bermain?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Permainan ini sangat seru sekali.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Kalimat tersebut menggunakan kata 'jangan' disertai alasan keselamatan yang santun.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Ciri utama dari teks petunjuk atau teks prosedur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Berisi cerita khayalan tentang tokoh binatang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Disusun langkah demi langkah secara runtut dan jelas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Berisi puisi dengan rima akhir indah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Memuat daftar harga barang dagangan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Teks petunjuk menguraikan tahapan kegiatan secara kronologis agar mudah dipraktikkan pembaca.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Kata hubung yang tepat untuk menyatakan urutan langkah terakhir dalam sebuah teks petunjuk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Mula-mula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Kemudian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Akhirnya / Terakhir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Setelah itu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'Akhirnya' atau 'terakhir' digunakan untuk menandai bagian penutup urutan kegiatan.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Nilai karakter yang dapat kita teladani saat memainkan permainan tradisional gobak sodor secara beregu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Ingin menang sendiri dan curang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Kerja sama tim, kekompakan, dan sportivitas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Menyalahkan teman saat kalah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Bermain sambil mengganggu lawan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Permainan tradisional beregu mengasah komunikasi efektif dan kerja sama antaranggota kelompok.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1: Ayo Main! (Teks Petunjuk dan Permainan Tradisional)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Menyimak dan Membaca Teks Petunjuk Permainan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informasi pokok tentang aturan dan langkah bermain gobak sodor atau engklek.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Menulis Kalimat Perintah dan Larangan yang Santun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instruksi petunjuk dengan kata kerja imperatif (letakkan, lompatlah, jangan mendahului).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Mempresentasikan Aturan Permainan Tradisional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cara bermain di depan kelas dengan suara lantang, artikulasi jelas, dan bahasa santun.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Permainan tradisional Nusantara memuat banyak nilai kerja sama, kejujuran, dan kebugaran fisik. Melalui teks petunjuk permainan, peserta didik belajar memahami teks prosedur sederhana yang berisi alat, aturan, dan langkah-langkah pelaksanaan.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kalimat perintah dan kalimat larangan yang disampaikan secara santun, serta menggunakan kata hubung urutan seperti 'pertama', 'lalu', 'setelah itu', dan 'terakhir'.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Di akhir bab, peserta didik mempraktikkan permainan tradisional pilihan kelompok dan menuliskan panduan petunjuk bermain karya mandiri.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Petunjuk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memberikan panduan langkah demi langkah untuk melakukan atau membuat sesuatu secara benar.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Perintah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isinya meminta, menyuruh, atau mengajak orang lain untuk melakukan suatu tindakan.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Larangan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meminta seseorang untuk tidak melakukan suatu perbuatan (menggunakan kata 'jangan' atau 'dilarang').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Permainan Tradisional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Permainan rakyat warisan budaya turun-temurun yang dimainkan secara komunal tanpa alat elektronik.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