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Hobi yang Jadi Prestasi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menceritakan hobi dan cita-citanya dengan artikulasi jelas dan sikap percaya 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memahami dan menemukan informasi urutan langkah dalam teks prosedur sederhana.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menuliskan teks prosedur singkat tentang aktivitas kegemarannya dengan ejaan yang benar.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menceritakan minat dan kegemaran pribadi, membaca teks petunjuk prosedur, serta menulis langkah-langkah membuat karya hobi.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Menceritakan Hobi dan Cita-Cita Diri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Menyampaikan presentasi lisan tentang manfaat melakukan hobi yang ditekuni secara rutin.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Membaca Teks Prosedur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langkah-langkah kerja berurutan dari resep atau panduan membuat kerajinan tangan.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Langkah-Langkah Petunjuk Kerja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petunjuk cara bermain atau membuat karya hobi menggunakan bahasa yang runtut.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Teks yang berisi petunjuk langkah-langkah membuat pesawat kertas secara berurutan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Teks dongeng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Teks puisi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Teks prosedur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Teks pantun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Teks prosedur memuat rangkaian tahapan instruksi kerja yang berurutan.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Kata penghubung yang tepat untuk menunjukkan langkah awal dalam teks petunjuk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Terakhir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Pertama-tama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Akibatnya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Meskipun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'Pertama-tama' digunakan untuk mengawali langkah instruksi paling awal.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Manfaat menekuni hobi menggambar secara rajin dan sabar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Menjadi malas belajar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Kemampuan menggambar semakin bagus dan bisa berprestasi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Cepat merasa jenuh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Membuang-buang waktu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Latihan yang tekun mengasah keterampilan hingga mampu meraih prestasi lomba seni rupa.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Perhatikan langkah acak: 1. Gunting pola 2. Siapkan kertas 3. Tempelkan kertas. Urutan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1 - 2 - 3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2 - 1 - 3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3 - 2 - 1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2 - 3 - 1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Langkah logis: Siapkan kertas (2) -&gt; Gunting pola (1) -&gt; Tempelkan kertas (3).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tepat saat mendengarkan teman menceritakan hobi dan karyanya di depan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Mendengarkan dengan tenang dan memberikan tepuk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Mengobrol dengan teman sebangku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Mengejek karyanya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Tidur di atas meja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Menghargai teman yang presentasi dilakukan dengan menyimak secara seksama dan memberi apresiasi tepuk tangan.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8: Hobi yang Jadi Prestasi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Menceritakan Hobi dan Cita-Cita Diri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Menyampaikan presentasi lisan tentang manfaat melakukan hobi yang ditekuni secara rutin.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Membaca Teks Prosedur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langkah-langkah kerja berurutan dari resep atau panduan membuat kerajinan tangan.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Langkah-Langkah Petunjuk Kerja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petunjuk cara bermain atau membuat karya hobi menggunakan bahasa yang runtut.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8 menutup pembelajaran kelas 2 dengan tema pengembangan potensi diri dan kegemaran positif. Peserta didik diajak mengenali berbagai macam hobi kreatif seperti menggambar, menari, bermain catur, membaca buku, bernyanyi, dan merakit mainan.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literasi memperkenalkan teks prosedur sederhana. Peserta didik membaca teks petunjuk cara membuat karya kerajinan atau permainan tradisional secara berurutan menggunakan kata urutan waktu (pertama, kedua, selanjutnya, terakhir).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berlatih menulis teks prosedur singkat mengenai langkah-langkah melakukan hobinya, serta mempresentasikannya dengan percaya diri di hadapan teman dan guru.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Hobi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kegemaran yang dilakukan pada waktu luang untuk kesenangan dan pengembangan diri.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Prestasi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Hasil yang dicapai dari suatu usaha atau bakat yang ditekuni dengan sungguh-sungguh.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Prosedur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memuat langkah-langkah atau petunjuk cara membuat atau melakukan sesuatu secara berurutan.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Urutan Waktu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penunjuk tahapan kegiatan (pertama, kemudian, selanjutnya, akhirnya).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