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Sayang Lingkungan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perbedaan sampah organik dan anorganik dari teks informatif.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menulis kalimat ajakan menjaga kebersihan lingkungan dengan pilihan kata yang menarik.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mempresentasikan pesan poster lingkungan di hadapan teman-temannya.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literasi memilah sampah organik dan anorganik, menulis kalimat anjuran hemat air dan listrik, serta membuat poster peduli bumi.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Memilah Sampah Organik dan Anorganik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Menemukan informasi jenis sampah dan cara pembuangannya pada tong sampah yang tepat.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Menyusun Kalimat Anjuran dan Ajakan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Membuat kalimat persuasif hemat air dan listrik dengan kata kunci 'Ayo' dan 'Mari'.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Merancang Poster Peduli Lingkungan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Membuat karya gambar bertuliskan ajakan singkat menjaga kebersihan ruang kelas dan halaman.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Contoh sampah yang termasuk ke dalam kelompok sampah organik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Botol plastik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Kulit pisang dan daun kering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Kantong kresek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Kaleng minuman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Kulit pisang dan daun kering berasal dari tumbuhan alami sehingga merupakan sampah organik.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Kalimat ajakan yang tepat untuk mengajak teman menjaga kebersihan kelas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Jangan buang sampah sembarangan!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Ayo, kita bersihkan ruang kelas bersama-sama!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Siapa yang menumpahkan air ini?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Kelas ini sangat kotor.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Kalimat yang menggunakan kata 'Ayo' dan mengajak bekerja sama secara positif merupakan bentuk kalimat ajakan.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Tindakan yang menunjukkan sikap menghemat penggunaan air bersih di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Membiarkan keran air terus mengalir saat cuci tangan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Menutup rapat kran air setelah selesai digunakan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Bermain semprotan air di wastafel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Menyiram lantai berulang-ulang tanpa alasan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Menutup rapat kran air setelah digunakan mencegah air bersih terbuang sia-sia.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Sampah botol plastik bekas minuman sebaiknya diolah dengan cara...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Dibakar di tengah permukiman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Dibuang ke dalam selokan air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Didaur ulang menjadi pot bunga atau wadah pensil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Dibiarkan berserakan di jalan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Daur ulang botol plastik menjadi pot bunga atau tempat pensil mengurangi limbah plastik dan bernilai guna.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Membuang sampah ke dalam aliran sungai dapat menyebabkan terjadinya...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Tanah longsor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Banjir saat musim hujan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Udara menjadi segar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Ikan bertambah banyak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Sampah yang menumpuk menyumbat aliran air sungai sehingga memicu luapan banjir saat hujan lebat.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7: Sayang Lingkungan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Memilah Sampah Organik dan Anorganik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Menemukan informasi jenis sampah dan cara pembuangannya pada tong sampah yang tepat.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Menyusun Kalimat Anjuran dan Ajakan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Membuat kalimat persuasif hemat air dan listrik dengan kata kunci 'Ayo' dan 'Mari'.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Merancang Poster Peduli Lingkungan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Membuat karya gambar bertuliskan ajakan singkat menjaga kebersihan ruang kelas dan halaman.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7 membangun kesadaran ekologis dan kepedulian terhadap kebersihan alam sekitar. Peserta didik membaca teks informatif mengenai dampak buruk sampah plastik terhadap ekosistem tanah dan laut.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belajar membedakan sampah organik (daun kering, sisa makanan) yang mudah membusuk dan sampah anorganik (plastik, kaleng, kaca) yang dapat didaur ulang. Kosakata pelestarian alam diperkaya secara kontekstual.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Keterampilan menulis difokuskan pada penyusunan kalimat anjuran dan ajakan (persuasif) menggunakan kata 'ayo', 'mari', atau 'jagalah', serta merancang poster peduli lingkungan berukuran ringkas.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Sampah Organik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Sampah yang berasal dari sisa makhluk hidup (daun, sisa buah) dan dapat membusuk secara alami.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Sampah Anorganik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Sampah dari bahan buatan pabrik (plastik, kaleng) yang sulit terurai secara alami.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Daur Ulang (Recycle)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mengolah kembali barang bekas menjadi barang baru yang bermanfaat.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Kalimat Ajakan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Kalimat yang bertujuan mengajak orang lain untuk melakukan sesuatu kebaikan bersama-sama.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