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Berteman dalam Keragaman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pesan persahabatan dan toleransi dalam teks fiksi bertema keberagaman.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kata sapaan yang santun dan tepat dalam dialog lisan maupun tulisan.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menuliskan pengalaman bekerja sama dalam keragaman dengan bahasa Indonesia yang runtut.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menghargai perbedaan latar belakang budaya dan suku teman, menggunakan kata sapaan sopan, dan menulis cerita kerukunan kelas.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Keragaman Budaya Teman Sekolah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Menyimak cerita tentang beragam makanan khas, bahasa daerah, dan baju adat teman sekelas.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Menggunakan Kata Sapaan yang Sopan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percakapan dengan kata sapaan yang santun kepada guru, orang tua, dan teman sebaya.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Cerita Pengalaman Bekerja Sama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narasi pendek tentang pengalaman menyelesaikan tugas kelompok bersama 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sapaan yang sopan saat menyapa guru di pagi 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Hai kamu!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Selamat pagi, Bapak Guru.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Mau ke mana?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Cepat masuk!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'Selamat pagi, Bapak Guru' merupakan bentuk sapaan formal yang sopan dan santun kepada guru.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Perhatikan kalimat: 'Apakah kamu mau bermain bola bersamaku, Made?' Kata sapaan dalam kalimat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Bermain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Made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Apakah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'Made' adalah kata sapaan karena merupakan nama orang yang diajak berbicara secara langsung.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Teman baru kita berbicara dengan logat daerah yang belum pernah kita dengar. Sikap kita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Menertawakan logat bicaranya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Mendengarkan dengan baik dan menghargainya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Menjauhinya karena berbeda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Melarangnya berbicara di kelas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Menghargai keragaman bahasa daerah ditunjukkan dengan mendengarkan dengan penuh perhatian tanpa mengejek.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Manfaat dari sikap saling menghargai perbedaan di ruang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Suasana kelas menjadi gaduh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Tercipta suasana belajar yang rukun dan nyaman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Murid saling bermusuhan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Tugas sekolah menjadi terlambat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Kerukunan dan toleransi menciptakan rasa aman, nyaman, dan gembira saat belajar bersama.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Kata yang tepat untuk melengkapi sapaan: 'Terima kasih telah membantuku, ... Rani.'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Sahabat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Kakak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Musuh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sapaan kekerabatan/kesopanan 'Kakak' atau 'Teman' cocok melengkapi sapaan hormat.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Berteman dalam Keragaman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Keragaman Budaya Teman Sekolah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Menyimak cerita tentang beragam makanan khas, bahasa daerah, dan baju adat teman sekelas.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Menggunakan Kata Sapaan yang Sopan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percakapan dengan kata sapaan yang santun kepada guru, orang tua, dan teman sebaya.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Cerita Pengalaman Bekerja Sama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narasi pendek tentang pengalaman menyelesaikan tugas kelompok bersama 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5 membuka pembelajaran semester genap dengan menanamkan nilai toleransi dan kebhinekaan dalam pergaulan sehari-hari di sekolah. Peserta didik menyimak kisah persahabatan anak-anak dari berbagai suku bangsa di Indonesia.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Aspek kebahasaan melatih peserta didik mengenali dan menggunakan kata sapaan formal dan akrab secara santun, seperti 'Selamat pagi, Bu Guru', 'Hai, Dayu!', atau 'Terima kasih, Kak'.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diajak menulis pengalaman bermain bersama teman yang berbeda latar belakang dan kebiasaan, serta mendiskusikan bahwa perbedaan justru membuat pertemanan menjadi kaya dan seru.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Sapaan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yang digunakan untuk menegur atau menyapa orang yang diajak berbicara secara hormat.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Keragaman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di dalam masyarakat yang terdapat banyak perbedaan dalam berbagai bidang (suku, agama, budaya).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Toleransi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saling menghormati dan menghargai perbedaan antar-individu atau kelompok.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Dialog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Percakapan timbal balik antara dua orang atau lebih mengenai suatu hal.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