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Keluargaku Unik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sebutan kekerabatan dalam keluarga besar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dan menjelaskan bagan silsilah keluarga inti secara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menuliskan cerita pendek tentang keunikan dan kerja sama di dalam keluarganya.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menceritakan keragaman silsilah keluarga, menyusun pohon silsilah keluarga inti, dan menulis narasi pendek kebiasaan rumah.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Menceritakan Keunikan Anggota Keluarga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ciri fisik, hobi, dan peran masing-masing anggota keluarga di rumah.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Membuat Bagan Pohon Silsilah Keluarga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Menggambarkan hubungan kekerabatan keluarga besar dalam bentuk bagan visual bercabang.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Cerita Pendek Kebiasaan Bersama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Menuliskan 3-4 kalimat runtut tentang aktivitas menyenangkan bersama keluarga di akhir pekan.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Saudara laki-laki dari ayah atau ibu kita panggil dengan sebutan...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Kakek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Kakak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Sepupu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Paman adalah sebutan kekerabatan resmi untuk saudara laki-laki dari orang tua kita.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Ibu dari ayah atau ibu kita dipanggil dengan sebutan...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Nenek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Bibi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Kakak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Nenek adalah sebutan untuk orang tua perempuan dari ayah atau ibu kita.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Bagan yang menggambarkan hubungan kekeluargaan dari generasi kakek-nenek hingga anak-cucu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Peta lokasi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Pohon silsilah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Jadwal piket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Daftar belanja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Pohon silsilah adalah diagram visual yang menunjukkan bagan garis keturunan keluarga.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sikap membantu menciptakan suasana rukun di dalam keluarga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Berebut remote televisi dengan adik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Merapikan mainan sendiri setelah digunakan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Menolak saat diminta bantuan ibu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Berbicara dengan nada membentak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Merapikan mainan sendiri menunjukkan kemandirian dan meringankan beban pekerjaan rumah tangga.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Anak dari paman dan bibi disebut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Keponakan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Sepupu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Cucu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Adik ipar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Sepupu merupakan hubungan kekerabatan antara anak dari paman/bibi dengan diri kita.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4: Keluargaku Unik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Menceritakan Keunikan Anggota Keluarga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ciri fisik, hobi, dan peran masing-masing anggota keluarga di rumah.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Membuat Bagan Pohon Silsilah Keluarga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Menggambarkan hubungan kekerabatan keluarga besar dalam bentuk bagan visual bercabang.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Cerita Pendek Kebiasaan Bersama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Menuliskan 3-4 kalimat runtut tentang aktivitas menyenangkan bersama keluarga di akhir pekan.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mengangkat topik keluarga sebagai lingkungan sosial terdekat peserta didik. Setiap keluarga memiliki keunikan masing-masing, baik dari jumlah anggota, suku asal orang tua, kebiasaan memasak, hingga pembagian tugas di rumah.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menyusun bagan pohon silsilah keluarga sederhana yang memuat kakek, nenek, ayah, ibu, paman, bibi, saudara kandung, dan sepupu menggunakan kosakata kekerabatan yang tepat.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kegiatan menulis kartu cerita pendek, peserta didik mengekspresikan rasa sayang dan terima kasih kepada anggota keluarga serta menghargai perbedaan kebiasaan antar-keluarga teman.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Silsilah Keluarga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atau daftar yang mencatat asal-usul dan hubungan kekerabatan suatu keluarga secara turun-temurun.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Keluarga Inti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Satuan keluarga terkecil yang terdiri dari ayah, ibu, dan anak-anak.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Kekerabatan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pertalian darah atau perkawinan antar-anggota keluarga.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Sepupu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Sebutan anak dari paman atau bibi.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