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Menjaga Kesehatan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menemukan informasi penting tentang cara menjaga kesehatan dari teks yang dibacakan.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kalimat sederhana dengan struktur Subjek, Predikat, dan Objek secara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dan menjelaskan data sederhana yang disajikan dalam bentuk grafik gambar atau batang.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literasi pola hidup sehat, penyusunan kalimat sederhana berpola Subjek-Predikat-Objek (SPO), dan membaca grafik batang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Kosakata dan Cerita Hidup Sehat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penting tentang kebiasaan merawat tubuh dalam teks narasi informatif.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Menyusun Kalimat Berpola S-P-O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unsur Subjek (pelaku), Predikat (tindakan), dan Objek (sasaran) dalam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Membaca Grafik Batang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Mengambil kesimpulan informasi jumlah dari tampilan diagram visual kegiatan harian.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kalimat: 'Siti mencuci tangan.' Kata yang bertindak sebagai Predikat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Mencuci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Bersih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'Mencuci' adalah kata kerja (tindakan) yang dilakukan Siti, sehingga bertindak sebagai Predikat (P).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Susunan kalimat berikut yang memiliki pola Subjek - Predikat - Objek (SPO)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Doni memakan apel segar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 lapangan berlari Budi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Sangat enak buah mangga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nyenyak adik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'Doni' (Subjek) + 'memakan' (Predikat) + 'apel segar' (Objek) membentuk struktur kalimat SPO yang lengkap dan logis.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Kebiasaan yang tepat dilakukan sebelum menyentuh makanan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Mengusap tangan ke baju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Mencuci tangan dengan air mengalir dan sabun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Meniup-niup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Menyiram tangan dengan air kobokan kotor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Mencuci tangan dengan air mengalir dan sabun membunuh kuman penyebab penyakit pencernaan.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grafik batang menunjukkan 8 anak suka bersepeda dan 3 anak suka berenang. Olahraga yang lebih banyak disukai anak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Bersepeda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Senam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Angka 8 lebih besar dari 3, sehingga olahraga bersepeda memiliki peminat yang lebih banyak.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Makanan yang mengandung gizi seimbang terdiri dari makanan pokok, lauk pauk, sayuran, dan...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Buah-buahan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Permen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Minuman bersoda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Keripik asin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Pola gizi seimbang mencakup makanan pokok, lauk sumber protein, sayur kaya serat, dan buah kaya vitamin.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Menjaga Kesehatan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Kosakata dan Cerita Hidup Sehat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penting tentang kebiasaan merawat tubuh dalam teks narasi informatif.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Menyusun Kalimat Berpola S-P-O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unsur Subjek (pelaku), Predikat (tindakan), dan Objek (sasaran) dalam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Membaca Grafik Batang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Mengambil kesimpulan informasi jumlah dari tampilan diagram visual kegiatan harian.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2 mengintegrasikan literasi bahasa dengan pendidikan kesehatan pribadi. Peserta didik menyimak cerita tentang pentingnya sarapan bergizi, mencuci tangan memakai sabun, olahraga teratur, dan istirahat yang cukup.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kebahasaan difokuskan pada pengenalan pola kalimat dasar Subjek, Predikat, dan Objek (SPO). Peserta didik belajar mengenali pelaku tindakan (Subjek), kata kerja aktivitas (Predikat), dan benda sasaran (Objek).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dikenalkan pada literasi visual berupa grafik batang sederhana yang menampilkan data kegiatan olahraga atau makanan kesukaan teman sekelas.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Subjek (S)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Unsur kalimat yang menunjukkan pelaku atau orang yang melakukan perbuatan.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Predikat (P)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Unsur kalimat berupa kata kerja yang menyatakan tindakan yang dilakukan oleh subjek.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Objek (O)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Unsur kalimat berupa benda atau hal yang dikenai tindakan oleh predikat.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Grafik Batang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Diagram visual yang menyajikan data menggunakan balok-balok persegi panjang tegak atau mendatar.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