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Menulis Artikel Ilmiah Populer dan Opini Kejuruan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Menulis Artikel Ilmiah Populer dan Opini Kejuruan dalam konteks operasional kejuruan secara komprehensif.</w:t>
      </w:r>
    </w:p>
    <w:p>
      <w:pPr>
        <w:pStyle w:val="ListNumber"/>
      </w:pPr>
      <w:r>
        <w:rPr>
          <w:rFonts w:ascii="Calibri" w:hAnsi="Calibri"/>
          <w:b w:val="0"/>
          <w:i w:val="0"/>
          <w:color w:val="000000"/>
          <w:sz w:val="19"/>
        </w:rPr>
        <w:t>Menerapkan prosedur kerja dan teknik pemecahan masalah terkait Menulis Artikel Ilmiah Populer dan Opini Kejuruan secara mandiri dan presisi.</w:t>
      </w:r>
    </w:p>
    <w:p>
      <w:pPr>
        <w:pStyle w:val="ListNumber"/>
      </w:pPr>
      <w:r>
        <w:rPr>
          <w:rFonts w:ascii="Calibri" w:hAnsi="Calibri"/>
          <w:b w:val="0"/>
          <w:i w:val="0"/>
          <w:color w:val="000000"/>
          <w:sz w:val="19"/>
        </w:rPr>
        <w:t>Mengevaluasi hasil kerja, kepatuhan SOP, dan keselamatan kerja (K3) pada aktivitas pembelajaran Menulis Artikel Ilmiah Populer dan Opini Kejuruan.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Pemilihan isu aktual kejuruan, argumentasi ilmiah berbasis bukti lapangan, bahasa lugas komunikatif, dan publikasi media cetak/daring.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Menulis Artikel Ilmiah Populer dan Opini Kejuruan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Menulis Artikel Ilmiah Populer dan Opini Kejuruan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Menulis Artikel Ilmiah Populer dan Opini Kejuruan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Menulis Artikel Ilmiah Populer dan Opini Kejuruan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Menulis Artikel Ilmiah Populer dan Opini Kejuruan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Menulis Artikel Ilmiah Populer dan Opini Kejuruan?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Menulis Artikel Ilmiah Populer dan Opini Kejuruan.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Menulis Artikel Ilmiah Populer dan Opini Kejuruan?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Menulis Artikel Ilmiah Populer dan Opini Kejuruan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4: Menulis Artikel Ilmiah Populer dan Opini Kejuruan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Menulis Artikel Ilmiah Populer dan Opini Kejuruan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Menulis Artikel Ilmiah Populer dan Opini Kejuruan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Menulis Artikel Ilmiah Populer dan Opini Kejuruan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Menulis Artikel Ilmiah Populer dan Opini Kejuruan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Menulis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Menulis Artikel Ilmiah Populer dan Opini Kejuruan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Artikel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Ilmiah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