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Teks Cerita Sejarah Perkembangan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Cerita Sejarah Perkembangan Industri dalam konteks operasional kejuruan secara komprehensif.</w:t>
      </w:r>
    </w:p>
    <w:p>
      <w:pPr>
        <w:pStyle w:val="ListNumber"/>
      </w:pPr>
      <w:r>
        <w:rPr>
          <w:rFonts w:ascii="Calibri" w:hAnsi="Calibri"/>
          <w:b w:val="0"/>
          <w:i w:val="0"/>
          <w:color w:val="000000"/>
          <w:sz w:val="19"/>
        </w:rPr>
        <w:t>Menerapkan prosedur kerja dan teknik pemecahan masalah terkait Teks Cerita Sejarah Perkembangan Industri secara mandiri dan presisi.</w:t>
      </w:r>
    </w:p>
    <w:p>
      <w:pPr>
        <w:pStyle w:val="ListNumber"/>
      </w:pPr>
      <w:r>
        <w:rPr>
          <w:rFonts w:ascii="Calibri" w:hAnsi="Calibri"/>
          <w:b w:val="0"/>
          <w:i w:val="0"/>
          <w:color w:val="000000"/>
          <w:sz w:val="19"/>
        </w:rPr>
        <w:t>Mengevaluasi hasil kerja, kepatuhan SOP, dan keselamatan kerja (K3) pada aktivitas pembelajaran Teks Cerita Sejarah Perkembangan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orientasi, komplikasi, dan reorientasi cerita sejarah pabrik/teknologi, serta pemanfaatan kata kerja material dan konjungsi.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Cerita Sejarah Perkembangan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Cerita Sejarah Perkembangan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Cerita Sejarah Perkembangan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Cerita Sejarah Perkembangan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Cerita Sejarah Perkembangan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Cerita Sejarah Perkembangan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Cerita Sejarah Perkembangan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Cerita Sejarah Perkembangan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Cerita Sejarah Perkembangan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3: Teks Cerita Sejarah Perkembangan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Cerita Sejarah Perkembangan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Cerita Sejarah Perkembangan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Cerita Sejarah Perkembangan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Cerita Sejarah Perkembangan Industri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Cerita Sejarah Perkembangan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Cerita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Sejarah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