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Teks Editorial dan Isu Dunia Ketenagakerjaan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Editorial dan Isu Dunia Ketenagakerjaan dalam konteks operasional kejuruan secara komprehensif.</w:t>
      </w:r>
    </w:p>
    <w:p>
      <w:pPr>
        <w:pStyle w:val="ListNumber"/>
      </w:pPr>
      <w:r>
        <w:rPr>
          <w:rFonts w:ascii="Calibri" w:hAnsi="Calibri"/>
          <w:b w:val="0"/>
          <w:i w:val="0"/>
          <w:color w:val="000000"/>
          <w:sz w:val="19"/>
        </w:rPr>
        <w:t>Menerapkan prosedur kerja dan teknik pemecahan masalah terkait Teks Editorial dan Isu Dunia Ketenagakerjaan secara mandiri dan presisi.</w:t>
      </w:r>
    </w:p>
    <w:p>
      <w:pPr>
        <w:pStyle w:val="ListNumber"/>
      </w:pPr>
      <w:r>
        <w:rPr>
          <w:rFonts w:ascii="Calibri" w:hAnsi="Calibri"/>
          <w:b w:val="0"/>
          <w:i w:val="0"/>
          <w:color w:val="000000"/>
          <w:sz w:val="19"/>
        </w:rPr>
        <w:t>Mengevaluasi hasil kerja, kepatuhan SOP, dan keselamatan kerja (K3) pada aktivitas pembelajaran Teks Editorial dan Isu Dunia Ketenagakerjaan.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Menelaah tajuk rencana media massa, membedakan fakta dan opini editorial, serta merumuskan pandangan kritis kebijakan industri.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Editorial dan Isu Dunia Ketenagakerjaan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Editorial dan Isu Dunia Ketenagakerjaan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Editorial dan Isu Dunia Ketenagakerjaan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Editorial dan Isu Dunia Ketenagakerjaan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Editorial dan Isu Dunia Ketenagakerjaan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Editorial dan Isu Dunia Ketenagakerjaan?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Editorial dan Isu Dunia Ketenagakerjaan.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Editorial dan Isu Dunia Ketenagakerjaan?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Editorial dan Isu Dunia Ketenagakerjaan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2: Teks Editorial dan Isu Dunia Ketenagakerjaan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Editorial dan Isu Dunia Ketenagakerjaan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Editorial dan Isu Dunia Ketenagakerjaan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Editorial dan Isu Dunia Ketenagakerjaan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Editorial dan Isu Dunia Ketenagakerjaan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Editorial dan Isu Dunia Ketenagakerjaan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Editorial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Dunia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