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Surat Lamaran Pekerjaan dan CV Profesional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Surat Lamaran Pekerjaan dan CV Profesional dalam konteks operasional kejuruan secara komprehensif.</w:t>
      </w:r>
    </w:p>
    <w:p>
      <w:pPr>
        <w:pStyle w:val="ListNumber"/>
      </w:pPr>
      <w:r>
        <w:rPr>
          <w:rFonts w:ascii="Calibri" w:hAnsi="Calibri"/>
          <w:b w:val="0"/>
          <w:i w:val="0"/>
          <w:color w:val="000000"/>
          <w:sz w:val="19"/>
        </w:rPr>
        <w:t>Menerapkan prosedur kerja dan teknik pemecahan masalah terkait Surat Lamaran Pekerjaan dan CV Profesional secara mandiri dan presisi.</w:t>
      </w:r>
    </w:p>
    <w:p>
      <w:pPr>
        <w:pStyle w:val="ListNumber"/>
      </w:pPr>
      <w:r>
        <w:rPr>
          <w:rFonts w:ascii="Calibri" w:hAnsi="Calibri"/>
          <w:b w:val="0"/>
          <w:i w:val="0"/>
          <w:color w:val="000000"/>
          <w:sz w:val="19"/>
        </w:rPr>
        <w:t>Mengevaluasi hasil kerja, kepatuhan SOP, dan keselamatan kerja (K3) pada aktivitas pembelajaran Surat Lamaran Pekerjaan dan CV Profesional.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Format surat lamaran resmi, penyusunan riwayat hidup berbasis portofolio keahlian, dan tata bahasa formal yang meyakinkan rekruter.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Surat Lamaran Pekerjaan dan CV Profesional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Surat Lamaran Pekerjaan dan CV Profesional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Surat Lamaran Pekerjaan dan CV Profesional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Surat Lamaran Pekerjaan dan CV Profesional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Surat Lamaran Pekerjaan dan CV Profesional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Surat Lamaran Pekerjaan dan CV Profesional?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Surat Lamaran Pekerjaan dan CV Profesional.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Surat Lamaran Pekerjaan dan CV Profesional?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Surat Lamaran Pekerjaan dan CV Profesional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1: Surat Lamaran Pekerjaan dan CV Profesional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Surat Lamaran Pekerjaan dan CV Profesional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Surat Lamaran Pekerjaan dan CV Profesional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Surat Lamaran Pekerjaan dan CV Profesional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Surat Lamaran Pekerjaan dan CV Profesional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Surat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Surat Lamaran Pekerjaan dan CV Profesional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Lamaran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Pekerjaan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