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Resensi Buku dan Karya Terapan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Resensi Buku dan Karya Terapan dalam konteks operasional kejuruan secara komprehensif.</w:t>
      </w:r>
    </w:p>
    <w:p>
      <w:pPr>
        <w:pStyle w:val="ListNumber"/>
      </w:pPr>
      <w:r>
        <w:rPr>
          <w:rFonts w:ascii="Calibri" w:hAnsi="Calibri"/>
          <w:b w:val="0"/>
          <w:i w:val="0"/>
          <w:color w:val="000000"/>
          <w:sz w:val="19"/>
        </w:rPr>
        <w:t>Menerapkan prosedur kerja dan teknik pemecahan masalah terkait Resensi Buku dan Karya Terapan secara mandiri dan presisi.</w:t>
      </w:r>
    </w:p>
    <w:p>
      <w:pPr>
        <w:pStyle w:val="ListNumber"/>
      </w:pPr>
      <w:r>
        <w:rPr>
          <w:rFonts w:ascii="Calibri" w:hAnsi="Calibri"/>
          <w:b w:val="0"/>
          <w:i w:val="0"/>
          <w:color w:val="000000"/>
          <w:sz w:val="19"/>
        </w:rPr>
        <w:t>Mengevaluasi hasil kerja, kepatuhan SOP, dan keselamatan kerja (K3) pada aktivitas pembelajaran Resensi Buku dan Karya Terapan.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Menilai kelebihan dan kekurangan buku referensi teknis, menulis sinopsis kritis, dan menyajikan rekomendasi pembaca.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Resensi Buku dan Karya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Resensi Buku dan Karya Terapan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Resensi Buku dan Karya Terapan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Resensi Buku dan Karya Terapan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Resensi Buku dan Karya Terapan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Resensi Buku dan Karya Terapan?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Resensi Buku dan Karya Terapan.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Resensi Buku dan Karya Terapan?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Resensi Buku dan Karya Terapan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6: Resensi Buku dan Karya Terapan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Resensi Buku dan Karya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Resensi Buku dan Karya Terapan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Resensi Buku dan Karya Terapan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Resensi Buku dan Karya Terapan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Resensi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Resensi Buku dan Karya Terapan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Buku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