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Evaluasi Teks Proposal Usaha dan Kegiatan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Evaluasi Teks Proposal Usaha dan Kegiatan dalam konteks operasional kejuruan secara komprehensif.</w:t>
      </w:r>
    </w:p>
    <w:p>
      <w:pPr>
        <w:pStyle w:val="ListNumber"/>
      </w:pPr>
      <w:r>
        <w:rPr>
          <w:rFonts w:ascii="Calibri" w:hAnsi="Calibri"/>
          <w:b w:val="0"/>
          <w:i w:val="0"/>
          <w:color w:val="000000"/>
          <w:sz w:val="19"/>
        </w:rPr>
        <w:t>Menerapkan prosedur kerja dan teknik pemecahan masalah terkait Evaluasi Teks Proposal Usaha dan Kegiatan secara mandiri dan presisi.</w:t>
      </w:r>
    </w:p>
    <w:p>
      <w:pPr>
        <w:pStyle w:val="ListNumber"/>
      </w:pPr>
      <w:r>
        <w:rPr>
          <w:rFonts w:ascii="Calibri" w:hAnsi="Calibri"/>
          <w:b w:val="0"/>
          <w:i w:val="0"/>
          <w:color w:val="000000"/>
          <w:sz w:val="19"/>
        </w:rPr>
        <w:t>Mengevaluasi hasil kerja, kepatuhan SOP, dan keselamatan kerja (K3) pada aktivitas pembelajaran Evaluasi Teks Proposal Usaha dan Kegiatan.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Analisis sistematika proposal kegiatan, rincian anggaran biaya logis, rumusan latar belakang urgensi, dan kelayakan teknis proyek.</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Evaluasi Teks Proposal Usaha dan Kegiatan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Evaluasi Teks Proposal Usaha dan Kegiatan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Evaluasi Teks Proposal Usaha dan Kegiatan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Evaluasi Teks Proposal Usaha dan Kegiatan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Evaluasi Teks Proposal Usaha dan Kegiatan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Evaluasi Teks Proposal Usaha dan Kegiatan?</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Evaluasi Teks Proposal Usaha dan Kegiatan.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Evaluasi Teks Proposal Usaha dan Kegiatan?</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Evaluasi Teks Proposal Usaha dan Kegiatan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Indonesia • Bab 5: Evaluasi Teks Proposal Usaha dan Kegiatan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Evaluasi Teks Proposal Usaha dan Kegiatan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Evaluasi Teks Proposal Usaha dan Kegiatan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Evaluasi Teks Proposal Usaha dan Kegiatan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Evaluasi Teks Proposal Usaha dan Kegiatan pada jenjang SMK Kelas 11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Evaluasi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Evaluasi Teks Proposal Usaha dan Kegiatan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Proposal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11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