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Teks Ceramah dan Presentasi Kerja Profesional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Teks Ceramah dan Presentasi Kerja Profesional dalam konteks operasional kejuruan secara komprehensif.</w:t>
      </w:r>
    </w:p>
    <w:p>
      <w:pPr>
        <w:pStyle w:val="ListNumber"/>
      </w:pPr>
      <w:r>
        <w:rPr>
          <w:rFonts w:ascii="Calibri" w:hAnsi="Calibri"/>
          <w:b w:val="0"/>
          <w:i w:val="0"/>
          <w:color w:val="000000"/>
          <w:sz w:val="19"/>
        </w:rPr>
        <w:t>Menerapkan prosedur kerja dan teknik pemecahan masalah terkait Teks Ceramah dan Presentasi Kerja Profesional secara mandiri dan presisi.</w:t>
      </w:r>
    </w:p>
    <w:p>
      <w:pPr>
        <w:pStyle w:val="ListNumber"/>
      </w:pPr>
      <w:r>
        <w:rPr>
          <w:rFonts w:ascii="Calibri" w:hAnsi="Calibri"/>
          <w:b w:val="0"/>
          <w:i w:val="0"/>
          <w:color w:val="000000"/>
          <w:sz w:val="19"/>
        </w:rPr>
        <w:t>Mengevaluasi hasil kerja, kepatuhan SOP, dan keselamatan kerja (K3) pada aktivitas pembelajaran Teks Ceramah dan Presentasi Kerja Profesional.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Teknik menyusun naskah ceramah edukatif, gaya penyampaian artikulatif, intonasi berbicara di depan umum, dan komunikasi persuasif.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Teks Ceramah dan Presentasi Kerja Profesional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Teks Ceramah dan Presentasi Kerja Profesional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Teks Ceramah dan Presentasi Kerja Profesional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Teks Ceramah dan Presentasi Kerja Profesional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Teks Ceramah dan Presentasi Kerja Profesional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Teks Ceramah dan Presentasi Kerja Profesional?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Teks Ceramah dan Presentasi Kerja Profesional.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Teks Ceramah dan Presentasi Kerja Profesional?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Teks Ceramah dan Presentasi Kerja Profesional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3: Teks Ceramah dan Presentasi Kerja Profesional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Teks Ceramah dan Presentasi Kerja Profesional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Teks Ceramah dan Presentasi Kerja Profesional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Teks Ceramah dan Presentasi Kerja Profesional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Teks Ceramah dan Presentasi Kerja Profesional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Teks Ceramah dan Presentasi Kerja Profesional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Ceramah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Presentasi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