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Teks Eksplanasi Fenomena Sains dan Teknologi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Teks Eksplanasi Fenomena Sains dan Teknologi dalam konteks operasional kejuruan secara komprehensif.</w:t>
      </w:r>
    </w:p>
    <w:p>
      <w:pPr>
        <w:pStyle w:val="ListNumber"/>
      </w:pPr>
      <w:r>
        <w:rPr>
          <w:rFonts w:ascii="Calibri" w:hAnsi="Calibri"/>
          <w:b w:val="0"/>
          <w:i w:val="0"/>
          <w:color w:val="000000"/>
          <w:sz w:val="19"/>
        </w:rPr>
        <w:t>Menerapkan prosedur kerja dan teknik pemecahan masalah terkait Teks Eksplanasi Fenomena Sains dan Teknologi secara mandiri dan presisi.</w:t>
      </w:r>
    </w:p>
    <w:p>
      <w:pPr>
        <w:pStyle w:val="ListNumber"/>
      </w:pPr>
      <w:r>
        <w:rPr>
          <w:rFonts w:ascii="Calibri" w:hAnsi="Calibri"/>
          <w:b w:val="0"/>
          <w:i w:val="0"/>
          <w:color w:val="000000"/>
          <w:sz w:val="19"/>
        </w:rPr>
        <w:t>Mengevaluasi hasil kerja, kepatuhan SOP, dan keselamatan kerja (K3) pada aktivitas pembelajaran Teks Eksplanasi Fenomena Sains dan Teknologi.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Hubungan kausalitas sebab-akibat terjadinya peristiwa ilmiah, peristilahan teknis kejuruan, dan penyajian data grafis penjelas.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Teks Eksplanasi Fenomena Sains dan Teknologi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Teks Eksplanasi Fenomena Sains dan Teknologi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Teks Eksplanasi Fenomena Sains dan Teknologi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Teks Eksplanasi Fenomena Sains dan Teknologi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Teks Eksplanasi Fenomena Sains dan Teknologi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Teks Eksplanasi Fenomena Sains dan Teknologi?</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Teks Eksplanasi Fenomena Sains dan Teknologi.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Teks Eksplanasi Fenomena Sains dan Teknologi?</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Teks Eksplanasi Fenomena Sains dan Teknologi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Indonesia • Bab 2: Teks Eksplanasi Fenomena Sains dan Teknologi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Teks Eksplanasi Fenomena Sains dan Teknologi</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Teks Eksplanasi Fenomena Sains dan Teknologi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Teks Eksplanasi Fenomena Sains dan Teknologi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Teks Eksplanasi Fenomena Sains dan Teknologi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Teks Eksplanasi Fenomena Sains dan Teknologi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Eksplanasi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Fenomena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