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Teks Prosedur dan Panduan Manual SOP</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Teks Prosedur dan Panduan Manual SOP dalam konteks operasional kejuruan secara komprehensif.</w:t>
      </w:r>
    </w:p>
    <w:p>
      <w:pPr>
        <w:pStyle w:val="ListNumber"/>
      </w:pPr>
      <w:r>
        <w:rPr>
          <w:rFonts w:ascii="Calibri" w:hAnsi="Calibri"/>
          <w:b w:val="0"/>
          <w:i w:val="0"/>
          <w:color w:val="000000"/>
          <w:sz w:val="19"/>
        </w:rPr>
        <w:t>Menerapkan prosedur kerja dan teknik pemecahan masalah terkait Teks Prosedur dan Panduan Manual SOP secara mandiri dan presisi.</w:t>
      </w:r>
    </w:p>
    <w:p>
      <w:pPr>
        <w:pStyle w:val="ListNumber"/>
      </w:pPr>
      <w:r>
        <w:rPr>
          <w:rFonts w:ascii="Calibri" w:hAnsi="Calibri"/>
          <w:b w:val="0"/>
          <w:i w:val="0"/>
          <w:color w:val="000000"/>
          <w:sz w:val="19"/>
        </w:rPr>
        <w:t>Mengevaluasi hasil kerja, kepatuhan SOP, dan keselamatan kerja (K3) pada aktivitas pembelajaran Teks Prosedur dan Panduan Manual SOP.</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Struktur tahapan langkah kerja berurutan, kalimat imperatif, penggunaan konjungsi temporal, dan penyusunan manual alat kerja.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Teks Prosedur dan Panduan Manual SOP</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Teks Prosedur dan Panduan Manual SOP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Teks Prosedur dan Panduan Manual SOP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Teks Prosedur dan Panduan Manual SOP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Teks Prosedur dan Panduan Manual SOP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Teks Prosedur dan Panduan Manual SOP?</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Teks Prosedur dan Panduan Manual SOP.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Teks Prosedur dan Panduan Manual SOP?</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Teks Prosedur dan Panduan Manual SOP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Indonesia • Bab 1: Teks Prosedur dan Panduan Manual SOP</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Teks Prosedur dan Panduan Manual SOP</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Teks Prosedur dan Panduan Manual SOP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Teks Prosedur dan Panduan Manual SOP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Teks Prosedur dan Panduan Manual SOP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Teks Prosedur dan Panduan Manual SOP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Prosedur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Panduan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