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Menulis Biografi Tokoh Industri Inspiratif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Menulis Biografi Tokoh Industri Inspiratif dalam konteks operasional kejuruan secara komprehensif.</w:t>
      </w:r>
    </w:p>
    <w:p>
      <w:pPr>
        <w:pStyle w:val="ListNumber"/>
      </w:pPr>
      <w:r>
        <w:rPr>
          <w:rFonts w:ascii="Calibri" w:hAnsi="Calibri"/>
          <w:b w:val="0"/>
          <w:i w:val="0"/>
          <w:color w:val="000000"/>
          <w:sz w:val="19"/>
        </w:rPr>
        <w:t>Menerapkan prosedur kerja dan teknik pemecahan masalah terkait Menulis Biografi Tokoh Industri Inspiratif secara mandiri dan presisi.</w:t>
      </w:r>
    </w:p>
    <w:p>
      <w:pPr>
        <w:pStyle w:val="ListNumber"/>
      </w:pPr>
      <w:r>
        <w:rPr>
          <w:rFonts w:ascii="Calibri" w:hAnsi="Calibri"/>
          <w:b w:val="0"/>
          <w:i w:val="0"/>
          <w:color w:val="000000"/>
          <w:sz w:val="19"/>
        </w:rPr>
        <w:t>Mengevaluasi hasil kerja, kepatuhan SOP, dan keselamatan kerja (K3) pada aktivitas pembelajaran Menulis Biografi Tokoh Industri Inspiratif.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keteladanan tokoh wirausaha, kronologi perjuangan karier, dan penyusunan narasi biografi yang memotivasi profesional muda.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Menulis Biografi Tokoh Industri Inspiratif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Menulis Biografi Tokoh Industri Inspiratif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Menulis Biografi Tokoh Industri Inspiratif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Menulis Biografi Tokoh Industri Inspiratif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Menulis Biografi Tokoh Industri Inspiratif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Menulis Biografi Tokoh Industri Inspiratif?</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Menulis Biografi Tokoh Industri Inspiratif.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Menulis Biografi Tokoh Industri Inspiratif?</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Menulis Biografi Tokoh Industri Inspiratif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6: Menulis Biografi Tokoh Industri Inspiratif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Menulis Biografi Tokoh Industri Inspiratif</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Menulis Biografi Tokoh Industri Inspiratif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Menulis Biografi Tokoh Industri Inspiratif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Menulis Biografi Tokoh Industri Inspiratif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Menulis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Menulis Biografi Tokoh Industri Inspiratif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Tokoh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