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Berdebat secara Logis dan Santun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Berdebat secara Logis dan Santun dalam konteks operasional kejuruan secara komprehensif.</w:t>
      </w:r>
    </w:p>
    <w:p>
      <w:pPr>
        <w:pStyle w:val="ListNumber"/>
      </w:pPr>
      <w:r>
        <w:rPr>
          <w:rFonts w:ascii="Calibri" w:hAnsi="Calibri"/>
          <w:b w:val="0"/>
          <w:i w:val="0"/>
          <w:color w:val="000000"/>
          <w:sz w:val="19"/>
        </w:rPr>
        <w:t>Menerapkan prosedur kerja dan teknik pemecahan masalah terkait Berdebat secara Logis dan Santun secara mandiri dan presisi.</w:t>
      </w:r>
    </w:p>
    <w:p>
      <w:pPr>
        <w:pStyle w:val="ListNumber"/>
      </w:pPr>
      <w:r>
        <w:rPr>
          <w:rFonts w:ascii="Calibri" w:hAnsi="Calibri"/>
          <w:b w:val="0"/>
          <w:i w:val="0"/>
          <w:color w:val="000000"/>
          <w:sz w:val="19"/>
        </w:rPr>
        <w:t>Mengevaluasi hasil kerja, kepatuhan SOP, dan keselamatan kerja (K3) pada aktivitas pembelajaran Berdebat secara Logis dan Santun.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Penyusunan mosi perdebatan isu teknologi, argumentasi berbasis data ilmiah, sanggahan objektif, dan etika forum debat.</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Berdebat secara Logis dan Santun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Berdebat secara Logis dan Santun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Berdebat secara Logis dan Santun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Berdebat secara Logis dan Santun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Berdebat secara Logis dan Santun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Berdebat secara Logis dan Santun?</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Berdebat secara Logis dan Santun.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Berdebat secara Logis dan Santun?</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Berdebat secara Logis dan Santun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Bahasa Indonesia • Bab 5: Berdebat secara Logis dan Santun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Berdebat secara Logis dan Santun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Berdebat secara Logis dan Santun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Berdebat secara Logis dan Santun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Berdebat secara Logis dan Santun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Berdebat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Berdebat secara Logis dan Santun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secara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Logis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