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Menyusuri Nilai Hikayat dan Cerita Rakyat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Menyusuri Nilai Hikayat dan Cerita Rakyat Nusantara dalam konteks operasional kejuruan secara komprehensif.</w:t>
      </w:r>
    </w:p>
    <w:p>
      <w:pPr>
        <w:pStyle w:val="ListNumber"/>
      </w:pPr>
      <w:r>
        <w:rPr>
          <w:rFonts w:ascii="Calibri" w:hAnsi="Calibri"/>
          <w:b w:val="0"/>
          <w:i w:val="0"/>
          <w:color w:val="000000"/>
          <w:sz w:val="19"/>
        </w:rPr>
        <w:t>Menerapkan prosedur kerja dan teknik pemecahan masalah terkait Menyusuri Nilai Hikayat dan Cerita Rakyat Nusantara secara mandiri dan presisi.</w:t>
      </w:r>
    </w:p>
    <w:p>
      <w:pPr>
        <w:pStyle w:val="ListNumber"/>
      </w:pPr>
      <w:r>
        <w:rPr>
          <w:rFonts w:ascii="Calibri" w:hAnsi="Calibri"/>
          <w:b w:val="0"/>
          <w:i w:val="0"/>
          <w:color w:val="000000"/>
          <w:sz w:val="19"/>
        </w:rPr>
        <w:t>Mengevaluasi hasil kerja, kepatuhan SOP, dan keselamatan kerja (K3) pada aktivitas pembelajaran Menyusuri Nilai Hikayat dan Cerita Rakyat Nusantara.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Identifikasi karakteristik hikayat, nilai edukasi dan kearifan lokal, serta transformasi cerita klasik menjadi cerpen kontemporer.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Menyusuri Nilai Hikayat dan Cerita Rakyat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Menyusuri Nilai Hikayat dan Cerita Rakyat Nusantara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Menyusuri Nilai Hikayat dan Cerita Rakyat Nusantara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Menyusuri Nilai Hikayat dan Cerita Rakyat Nusantara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Menyusuri Nilai Hikayat dan Cerita Rakyat Nusantara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Menyusuri Nilai Hikayat dan Cerita Rakyat Nusantara?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Menyusuri Nilai Hikayat dan Cerita Rakyat Nusantara.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Menyusuri Nilai Hikayat dan Cerita Rakyat Nusantara?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Menyusuri Nilai Hikayat dan Cerita Rakyat Nusantara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3: Menyusuri Nilai Hikayat dan Cerita Rakyat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Menyusuri Nilai Hikayat dan Cerita Rakyat Nusantara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Menyusuri Nilai Hikayat dan Cerita Rakyat Nusantara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Menyusuri Nilai Hikayat dan Cerita Rakyat Nusantara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Menyusuri Nilai Hikayat dan Cerita Rakyat Nusantara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Menyusuri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Menyusuri Nilai Hikayat dan Cerita Rakyat Nusantara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Hikayat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