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Teks Anekdot dan Kritik Sosial Tempat Kerja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Anekdot dan Kritik Sosial Tempat Kerja dalam konteks operasional kejuruan secara komprehensif.</w:t>
      </w:r>
    </w:p>
    <w:p>
      <w:pPr>
        <w:pStyle w:val="ListNumber"/>
      </w:pPr>
      <w:r>
        <w:rPr>
          <w:rFonts w:ascii="Calibri" w:hAnsi="Calibri"/>
          <w:b w:val="0"/>
          <w:i w:val="0"/>
          <w:color w:val="000000"/>
          <w:sz w:val="19"/>
        </w:rPr>
        <w:t>Menerapkan prosedur kerja dan teknik pemecahan masalah terkait Teks Anekdot dan Kritik Sosial Tempat Kerja secara mandiri dan presisi.</w:t>
      </w:r>
    </w:p>
    <w:p>
      <w:pPr>
        <w:pStyle w:val="ListNumber"/>
      </w:pPr>
      <w:r>
        <w:rPr>
          <w:rFonts w:ascii="Calibri" w:hAnsi="Calibri"/>
          <w:b w:val="0"/>
          <w:i w:val="0"/>
          <w:color w:val="000000"/>
          <w:sz w:val="19"/>
        </w:rPr>
        <w:t>Mengevaluasi hasil kerja, kepatuhan SOP, dan keselamatan kerja (K3) pada aktivitas pembelajaran Teks Anekdot dan Kritik Sosial Tempat Kerja.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Karakteristik teks anekdot, unsur kelucuan dan sindiran konstruktif, serta penyampaian kritik etis dalam dinamika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Anekdot dan Kritik Sosial Tempat Kerja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Anekdot dan Kritik Sosial Tempat Kerja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Anekdot dan Kritik Sosial Tempat Kerja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Anekdot dan Kritik Sosial Tempat Kerja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Anekdot dan Kritik Sosial Tempat Kerja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Anekdot dan Kritik Sosial Tempat Kerja?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Anekdot dan Kritik Sosial Tempat Kerja.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Anekdot dan Kritik Sosial Tempat Kerja?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Anekdot dan Kritik Sosial Tempat Kerja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2: Teks Anekdot dan Kritik Sosial Tempat Kerja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Anekdot dan Kritik Sosial Tempat Kerja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Anekdot dan Kritik Sosial Tempat Kerja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Anekdot dan Kritik Sosial Tempat Kerja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Anekdot dan Kritik Sosial Tempat Kerja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Anekdot dan Kritik Sosial Tempat Kerja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Anekdot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