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Aku Ingin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perbedaan antara barang kebutuhan dan barang keinginan melalui teks cerita bergambar.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Mengenal bentuk huruf 'N' serta membaca dan menuliskan suku kata (na, ni, nu, ne, no).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daftar kebutuhan belanja sederhana menggunakan kata-kata yang sudah dipelajari.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Menyampaikan kalimat permintaan barang atau jasa secara lisan dengan bahasa yang runtut.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Indonesia Kelas 1 SD Bab 7 untuk membedakan konsep kebutuhan vs keinginan, pengenalan huruf N, dan literasi finansial dasar.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Membedakan Kebutuhan dan Keinginan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Menyimak cerita tentang keputusan membeli barang dan membedakan kebutuhan dari sekadar keinginan.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Pengenalan Huruf 'N' dan Membaca Suku Kata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bentuk visual huruf 'N' dan membaca suku kata terbuka (na, ni, nu, ne, no).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Membuat Daftar Belanja dan Kalimat Permintaan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kata barang kebutuhan sehari-hari dan mempraktikkan percakapan transaksi sederhana.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Kebutuhan utama yang harus dipenuhi untuk bertahan hidup sehat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Mainan robot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Makanan sehat dan air minum bersih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Game di ponsel pintar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Sepatu roda mahal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Makanan sehat dan air minum adalah kebutuhan pokok (primer) yang wajib dipenuhi sebelum keinginan lainnya.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Alat tukar resmi yang kita gunakan untuk membeli barang kebutuhan di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Daun kering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Uang rupiah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Kelereng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Kertas koran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Uang rupiah adalah alat pembayaran yang sah di Indonesia.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Manakah di bawah ini yang merupakan contoh 'keinginan', bukan 'kebutuhan' mendesak?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Beras untuk makan keluarga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Seragam sekolah yang sudah robek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Membeli boneka tambahan saat sudah punya banyak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Obat saat sedang sakit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Membeli boneka tambahan merupakan keinginan pelengkap, bukan kebutuhan dasar untuk kelangsungan hidup atau sekolah.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Menyisihkan sebagian uang saku ke dalam celengan disebut kegiatan...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Berbelanja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Memboros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Menukar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Menabung adalah tindakan menyisihkan dan menyimpan uang untuk kebutuhan di masa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Kata 'Uang' diawali dengan huruf vokal...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'Uang' diawali huruf vokal 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7: Aku Ingin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Membedakan Kebutuhan dan Keinginan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Menyimak cerita tentang keputusan membeli barang dan membedakan kebutuhan dari sekadar keinginan.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Pengenalan Huruf 'N' dan Membaca Suku Kata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bentuk visual huruf 'N' dan membaca suku kata terbuka (na, ni, nu, ne, no).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Membuat Daftar Belanja dan Kalimat Permintaan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kata barang kebutuhan sehari-hari dan mempraktikkan percakapan transaksi sederhana.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pada Bab 7 mengenalkan konsep dasar literasi finansial yang sesuai dengan tahapan usia anak. Peserta didik diajak membedakan antara kebutuhan primer (hal wajib seperti makanan bergizi, seragam, obat) dan keinginan (mainan tambahan, permen).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Aspek kebahasaan memfokuskan pada pengenalan huruf konsonan 'N' (kapital dan kecil) serta membaca suku kata (na, ni, nu, ne, no). Siswa membaca kata-kata seperti 'nasi', 'nanas', 'noda', dan 'nyamuk'.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berlatih menyortir gambar barang kebutuhan dan keinginan, membuat daftar belanja sederhana, serta mempraktikkan kalimat permintaan sopan saat membeli barang di kantin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Kebutuhan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sesuatu yang harus dipenuhi untuk melangsungkan hidup dan menjaga kesehatan (contoh: makanan pokok, pakaian).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Keinginan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sesuatu yang diinginkan tetapi tidak membahayakan kelangsungan hidup jika tidak terpenuhi.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Literasi Finansial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Pemahaman dasar mengenai uang, menabung, dan cara membuat keputusan pengeluaran yang bijak.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Daftar Belanja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Catatan tertulis mengenai barang-barang yang direncanakan untuk dibeli sebelum pergi berbelanja.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Menabung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Menyisihkan sebagian uang jajan untuk disimpan guna keperluan di masa mendatang.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