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Berbeda Itu Tak Apa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Menyimak dan memahami gagasan pokok teks deskripsi sederhana mengenai perbedaan fisik manusia.</w:t>
      </w:r>
    </w:p>
    <w:p>
      <w:pPr>
        <w:pStyle w:val="ListNumber"/>
      </w:pPr>
      <w:r>
        <w:rPr>
          <w:rFonts w:ascii="Calibri" w:hAnsi="Calibri"/>
          <w:b w:val="0"/>
          <w:i w:val="0"/>
          <w:color w:val="000000"/>
          <w:sz w:val="19"/>
        </w:rPr>
        <w:t>Mengenal bentuk huruf 'G' serta membaca suku kata (ga, gi, gu, ge, go) dengan pelafalan yang tepat.</w:t>
      </w:r>
    </w:p>
    <w:p>
      <w:pPr>
        <w:pStyle w:val="ListNumber"/>
      </w:pPr>
      <w:r>
        <w:rPr>
          <w:rFonts w:ascii="Calibri" w:hAnsi="Calibri"/>
          <w:b w:val="0"/>
          <w:i w:val="0"/>
          <w:color w:val="000000"/>
          <w:sz w:val="19"/>
        </w:rPr>
        <w:t>Mendeskripsikan ciri-ciri fisik diri sendiri dan teman menggunakan kosakata yang santun.</w:t>
      </w:r>
    </w:p>
    <w:p>
      <w:pPr>
        <w:pStyle w:val="ListNumber"/>
      </w:pPr>
      <w:r>
        <w:rPr>
          <w:rFonts w:ascii="Calibri" w:hAnsi="Calibri"/>
          <w:b w:val="0"/>
          <w:i w:val="0"/>
          <w:color w:val="000000"/>
          <w:sz w:val="19"/>
        </w:rPr>
        <w:t>Menunjukkan sikap menghargai perbedaan dan toleransi dalam interaksi sehari-hari di sekolah.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bahasa Indonesia Kelas 1 SD Bab 6 mengenai pengenalan keragaman ciri fisik, pengenalan huruf G, dan pemahaman teks deskripsi sederhana.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Menyimak Cerita Keberagaman Ciri Fisik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Menyimak bacaan mengenai perbedaan fisik dan memahami bahwa setiap anak memiliki keunikan istimewa.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Pengenalan Huruf 'G' dan Suku Kata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bentuk huruf 'G', melafalkan bunyi fonem /g/, dan membaca suku kata (ga, gi, gu, ge, go).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Menggambar Potret Diri dan Membaca Teks Deskripsi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kalimat deskripsi sederhana dan menceritakan ciri fisik diri sendiri di depan kelas.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Dodi berambut keriting dan berkulit sawo matang, sedangkan Made berambut lurus dan berkulit kuning langsat. Sikap mereka sebaiknya...</w:t>
      </w:r>
    </w:p>
    <w:p>
      <w:pPr>
        <w:spacing w:before="0" w:after="20"/>
        <w:ind w:left="576"/>
      </w:pPr>
      <w:r>
        <w:rPr>
          <w:rFonts w:ascii="Calibri" w:hAnsi="Calibri"/>
          <w:b w:val="0"/>
          <w:i w:val="0"/>
          <w:color w:val="000000"/>
          <w:sz w:val="18"/>
        </w:rPr>
        <w:t>A. Saling mengejek perbedaan fisik</w:t>
      </w:r>
    </w:p>
    <w:p>
      <w:pPr>
        <w:spacing w:before="0" w:after="20"/>
        <w:ind w:left="576"/>
      </w:pPr>
      <w:r>
        <w:rPr>
          <w:rFonts w:ascii="Calibri" w:hAnsi="Calibri"/>
          <w:b w:val="0"/>
          <w:i w:val="0"/>
          <w:color w:val="000000"/>
          <w:sz w:val="18"/>
        </w:rPr>
        <w:t>B. Tetap berteman akrab dan saling menghargai</w:t>
      </w:r>
    </w:p>
    <w:p>
      <w:pPr>
        <w:spacing w:before="0" w:after="20"/>
        <w:ind w:left="576"/>
      </w:pPr>
      <w:r>
        <w:rPr>
          <w:rFonts w:ascii="Calibri" w:hAnsi="Calibri"/>
          <w:b w:val="0"/>
          <w:i w:val="0"/>
          <w:color w:val="000000"/>
          <w:sz w:val="18"/>
        </w:rPr>
        <w:t>C. Tidak mau bermain bersama</w:t>
      </w:r>
    </w:p>
    <w:p>
      <w:pPr>
        <w:spacing w:before="0" w:after="20"/>
        <w:ind w:left="576"/>
      </w:pPr>
      <w:r>
        <w:rPr>
          <w:rFonts w:ascii="Calibri" w:hAnsi="Calibri"/>
          <w:b w:val="0"/>
          <w:i w:val="0"/>
          <w:color w:val="000000"/>
          <w:sz w:val="18"/>
        </w:rPr>
        <w:t>D. Memilih berteman dengan yang sama saja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Perbedaan ciri fisik adalah anugerah Tuhan. Kita harus saling menghormati dan hidup rukun.</w:t>
      </w:r>
    </w:p>
    <w:p>
      <w:pPr>
        <w:spacing w:before="80" w:after="40"/>
        <w:ind w:left="216"/>
      </w:pPr>
      <w:r>
        <w:rPr>
          <w:rFonts w:ascii="Calibri" w:hAnsi="Calibri"/>
          <w:b/>
          <w:color w:val="000000"/>
          <w:sz w:val="19"/>
        </w:rPr>
        <w:t xml:space="preserve">2. </w:t>
      </w:r>
      <w:r>
        <w:rPr>
          <w:rFonts w:ascii="Calibri" w:hAnsi="Calibri"/>
          <w:b w:val="0"/>
          <w:i w:val="0"/>
          <w:color w:val="000000"/>
          <w:sz w:val="19"/>
        </w:rPr>
        <w:t>Kata 'Gajah' diawali dengan huruf...</w:t>
      </w:r>
    </w:p>
    <w:p>
      <w:pPr>
        <w:spacing w:before="0" w:after="20"/>
        <w:ind w:left="576"/>
      </w:pPr>
      <w:r>
        <w:rPr>
          <w:rFonts w:ascii="Calibri" w:hAnsi="Calibri"/>
          <w:b w:val="0"/>
          <w:i w:val="0"/>
          <w:color w:val="000000"/>
          <w:sz w:val="18"/>
        </w:rPr>
        <w:t>A. J</w:t>
      </w:r>
    </w:p>
    <w:p>
      <w:pPr>
        <w:spacing w:before="0" w:after="20"/>
        <w:ind w:left="576"/>
      </w:pPr>
      <w:r>
        <w:rPr>
          <w:rFonts w:ascii="Calibri" w:hAnsi="Calibri"/>
          <w:b w:val="0"/>
          <w:i w:val="0"/>
          <w:color w:val="000000"/>
          <w:sz w:val="18"/>
        </w:rPr>
        <w:t>B. G</w:t>
      </w:r>
    </w:p>
    <w:p>
      <w:pPr>
        <w:spacing w:before="0" w:after="20"/>
        <w:ind w:left="576"/>
      </w:pPr>
      <w:r>
        <w:rPr>
          <w:rFonts w:ascii="Calibri" w:hAnsi="Calibri"/>
          <w:b w:val="0"/>
          <w:i w:val="0"/>
          <w:color w:val="000000"/>
          <w:sz w:val="18"/>
        </w:rPr>
        <w:t>C. Q</w:t>
      </w:r>
    </w:p>
    <w:p>
      <w:pPr>
        <w:spacing w:before="0" w:after="20"/>
        <w:ind w:left="576"/>
      </w:pPr>
      <w:r>
        <w:rPr>
          <w:rFonts w:ascii="Calibri" w:hAnsi="Calibri"/>
          <w:b w:val="0"/>
          <w:i w:val="0"/>
          <w:color w:val="000000"/>
          <w:sz w:val="18"/>
        </w:rPr>
        <w:t>D. C</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'Gajah' diawali dengan huruf G.</w:t>
      </w:r>
    </w:p>
    <w:p>
      <w:pPr>
        <w:spacing w:before="80" w:after="40"/>
        <w:ind w:left="216"/>
      </w:pPr>
      <w:r>
        <w:rPr>
          <w:rFonts w:ascii="Calibri" w:hAnsi="Calibri"/>
          <w:b/>
          <w:color w:val="000000"/>
          <w:sz w:val="19"/>
        </w:rPr>
        <w:t xml:space="preserve">3. </w:t>
      </w:r>
      <w:r>
        <w:rPr>
          <w:rFonts w:ascii="Calibri" w:hAnsi="Calibri"/>
          <w:b w:val="0"/>
          <w:i w:val="0"/>
          <w:color w:val="000000"/>
          <w:sz w:val="19"/>
        </w:rPr>
        <w:t>Benda berikut yang namanya diawali dengan suku kata 'ga-' adalah...</w:t>
      </w:r>
    </w:p>
    <w:p>
      <w:pPr>
        <w:spacing w:before="0" w:after="20"/>
        <w:ind w:left="576"/>
      </w:pPr>
      <w:r>
        <w:rPr>
          <w:rFonts w:ascii="Calibri" w:hAnsi="Calibri"/>
          <w:b w:val="0"/>
          <w:i w:val="0"/>
          <w:color w:val="000000"/>
          <w:sz w:val="18"/>
        </w:rPr>
        <w:t>A. Gula</w:t>
      </w:r>
    </w:p>
    <w:p>
      <w:pPr>
        <w:spacing w:before="0" w:after="20"/>
        <w:ind w:left="576"/>
      </w:pPr>
      <w:r>
        <w:rPr>
          <w:rFonts w:ascii="Calibri" w:hAnsi="Calibri"/>
          <w:b w:val="0"/>
          <w:i w:val="0"/>
          <w:color w:val="000000"/>
          <w:sz w:val="18"/>
        </w:rPr>
        <w:t>B. Gitar</w:t>
      </w:r>
    </w:p>
    <w:p>
      <w:pPr>
        <w:spacing w:before="0" w:after="20"/>
        <w:ind w:left="576"/>
      </w:pPr>
      <w:r>
        <w:rPr>
          <w:rFonts w:ascii="Calibri" w:hAnsi="Calibri"/>
          <w:b w:val="0"/>
          <w:i w:val="0"/>
          <w:color w:val="000000"/>
          <w:sz w:val="18"/>
        </w:rPr>
        <w:t>C. Garpu</w:t>
      </w:r>
    </w:p>
    <w:p>
      <w:pPr>
        <w:spacing w:before="0" w:after="20"/>
        <w:ind w:left="576"/>
      </w:pPr>
      <w:r>
        <w:rPr>
          <w:rFonts w:ascii="Calibri" w:hAnsi="Calibri"/>
          <w:b w:val="0"/>
          <w:i w:val="0"/>
          <w:color w:val="000000"/>
          <w:sz w:val="18"/>
        </w:rPr>
        <w:t>D. Gelas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Kata 'garpu' diawali dengan suku kata 'gar-' / huruf awal 'ga-'.</w:t>
      </w:r>
    </w:p>
    <w:p>
      <w:pPr>
        <w:spacing w:before="80" w:after="40"/>
        <w:ind w:left="216"/>
      </w:pPr>
      <w:r>
        <w:rPr>
          <w:rFonts w:ascii="Calibri" w:hAnsi="Calibri"/>
          <w:b/>
          <w:color w:val="000000"/>
          <w:sz w:val="19"/>
        </w:rPr>
        <w:t xml:space="preserve">4. </w:t>
      </w:r>
      <w:r>
        <w:rPr>
          <w:rFonts w:ascii="Calibri" w:hAnsi="Calibri"/>
          <w:b w:val="0"/>
          <w:i w:val="0"/>
          <w:color w:val="000000"/>
          <w:sz w:val="19"/>
        </w:rPr>
        <w:t>Lawan kata (antonim) dari kata 'PANJANG' adalah...</w:t>
      </w:r>
    </w:p>
    <w:p>
      <w:pPr>
        <w:spacing w:before="0" w:after="20"/>
        <w:ind w:left="576"/>
      </w:pPr>
      <w:r>
        <w:rPr>
          <w:rFonts w:ascii="Calibri" w:hAnsi="Calibri"/>
          <w:b w:val="0"/>
          <w:i w:val="0"/>
          <w:color w:val="000000"/>
          <w:sz w:val="18"/>
        </w:rPr>
        <w:t>A. Tinggi</w:t>
      </w:r>
    </w:p>
    <w:p>
      <w:pPr>
        <w:spacing w:before="0" w:after="20"/>
        <w:ind w:left="576"/>
      </w:pPr>
      <w:r>
        <w:rPr>
          <w:rFonts w:ascii="Calibri" w:hAnsi="Calibri"/>
          <w:b w:val="0"/>
          <w:i w:val="0"/>
          <w:color w:val="000000"/>
          <w:sz w:val="18"/>
        </w:rPr>
        <w:t>B. Pendek</w:t>
      </w:r>
    </w:p>
    <w:p>
      <w:pPr>
        <w:spacing w:before="0" w:after="20"/>
        <w:ind w:left="576"/>
      </w:pPr>
      <w:r>
        <w:rPr>
          <w:rFonts w:ascii="Calibri" w:hAnsi="Calibri"/>
          <w:b w:val="0"/>
          <w:i w:val="0"/>
          <w:color w:val="000000"/>
          <w:sz w:val="18"/>
        </w:rPr>
        <w:t>C. Luas</w:t>
      </w:r>
    </w:p>
    <w:p>
      <w:pPr>
        <w:spacing w:before="0" w:after="20"/>
        <w:ind w:left="576"/>
      </w:pPr>
      <w:r>
        <w:rPr>
          <w:rFonts w:ascii="Calibri" w:hAnsi="Calibri"/>
          <w:b w:val="0"/>
          <w:i w:val="0"/>
          <w:color w:val="000000"/>
          <w:sz w:val="18"/>
        </w:rPr>
        <w:t>D. Tebal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Lawan kata dari panjang adalah pendek.</w:t>
      </w:r>
    </w:p>
    <w:p>
      <w:pPr>
        <w:spacing w:before="80" w:after="40"/>
        <w:ind w:left="216"/>
      </w:pPr>
      <w:r>
        <w:rPr>
          <w:rFonts w:ascii="Calibri" w:hAnsi="Calibri"/>
          <w:b/>
          <w:color w:val="000000"/>
          <w:sz w:val="19"/>
        </w:rPr>
        <w:t xml:space="preserve">5. </w:t>
      </w:r>
      <w:r>
        <w:rPr>
          <w:rFonts w:ascii="Calibri" w:hAnsi="Calibri"/>
          <w:b w:val="0"/>
          <w:i w:val="0"/>
          <w:color w:val="000000"/>
          <w:sz w:val="19"/>
        </w:rPr>
        <w:t>Kata 'besar' berlawanan makna dengan kata...</w:t>
      </w:r>
    </w:p>
    <w:p>
      <w:pPr>
        <w:spacing w:before="0" w:after="20"/>
        <w:ind w:left="576"/>
      </w:pPr>
      <w:r>
        <w:rPr>
          <w:rFonts w:ascii="Calibri" w:hAnsi="Calibri"/>
          <w:b w:val="0"/>
          <w:i w:val="0"/>
          <w:color w:val="000000"/>
          <w:sz w:val="18"/>
        </w:rPr>
        <w:t>A. Kecil</w:t>
      </w:r>
    </w:p>
    <w:p>
      <w:pPr>
        <w:spacing w:before="0" w:after="20"/>
        <w:ind w:left="576"/>
      </w:pPr>
      <w:r>
        <w:rPr>
          <w:rFonts w:ascii="Calibri" w:hAnsi="Calibri"/>
          <w:b w:val="0"/>
          <w:i w:val="0"/>
          <w:color w:val="000000"/>
          <w:sz w:val="18"/>
        </w:rPr>
        <w:t>B. Lebar</w:t>
      </w:r>
    </w:p>
    <w:p>
      <w:pPr>
        <w:spacing w:before="0" w:after="20"/>
        <w:ind w:left="576"/>
      </w:pPr>
      <w:r>
        <w:rPr>
          <w:rFonts w:ascii="Calibri" w:hAnsi="Calibri"/>
          <w:b w:val="0"/>
          <w:i w:val="0"/>
          <w:color w:val="000000"/>
          <w:sz w:val="18"/>
        </w:rPr>
        <w:t>C. Sempit</w:t>
      </w:r>
    </w:p>
    <w:p>
      <w:pPr>
        <w:spacing w:before="0" w:after="20"/>
        <w:ind w:left="576"/>
      </w:pPr>
      <w:r>
        <w:rPr>
          <w:rFonts w:ascii="Calibri" w:hAnsi="Calibri"/>
          <w:b w:val="0"/>
          <w:i w:val="0"/>
          <w:color w:val="000000"/>
          <w:sz w:val="18"/>
        </w:rPr>
        <w:t>D. Gemuk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Lawan kata dari besar adalah kecil.</w:t>
      </w:r>
    </w:p>
    <w:p>
      <w:r>
        <w:br w:type="page"/>
      </w:r>
    </w:p>
    <w:p>
      <w:pPr>
        <w:pStyle w:val="Title"/>
      </w:pPr>
      <w:r>
        <w:t>LEMBAR KERJA PESERTA DIDIK (LKPD)</w:t>
      </w:r>
    </w:p>
    <w:p>
      <w:pPr>
        <w:pStyle w:val="Subtitle"/>
      </w:pPr>
      <w:r>
        <w:t>Mata Pelajaran: Bahasa Indonesia • Bab 6: Berbeda Itu Tak Apa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Menyimak Cerita Keberagaman Ciri Fisik</w:t>
      </w:r>
    </w:p>
    <w:p>
      <w:pPr>
        <w:spacing w:before="20" w:after="60"/>
        <w:ind w:left="216"/>
      </w:pPr>
      <w:r>
        <w:rPr>
          <w:rFonts w:ascii="Calibri" w:hAnsi="Calibri"/>
          <w:color w:val="000000"/>
          <w:sz w:val="18"/>
        </w:rPr>
        <w:t xml:space="preserve">Petunjuk: </w:t>
      </w:r>
      <w:r>
        <w:rPr>
          <w:rFonts w:ascii="Calibri" w:hAnsi="Calibri"/>
          <w:b w:val="0"/>
          <w:i w:val="0"/>
          <w:color w:val="000000"/>
          <w:sz w:val="18"/>
        </w:rPr>
        <w:t>Menyimak bacaan mengenai perbedaan fisik dan memahami bahwa setiap anak memiliki keunikan istimewa.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Pengenalan Huruf 'G' dan Suku Kata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bentuk huruf 'G', melafalkan bunyi fonem /g/, dan membaca suku kata (ga, gi, gu, ge, go).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Menggambar Potret Diri dan Membaca Teks Deskripsi</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kalimat deskripsi sederhana dan menceritakan ciri fisik diri sendiri di depan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Pada Bab 6, peserta didik diajak memahami dan merayakan keberagaman ciri fisik yang ada pada diri sendiri dan teman sebaya, seperti bentuk rambut (lurus, ikal, keriting), warna kulit, serta tinggi badan.</w:t>
      </w:r>
    </w:p>
    <w:p>
      <w:pPr>
        <w:spacing w:before="40" w:after="60" w:line="276" w:lineRule="auto"/>
      </w:pPr>
      <w:r>
        <w:rPr>
          <w:rFonts w:ascii="Calibri" w:hAnsi="Calibri"/>
          <w:b w:val="0"/>
          <w:i w:val="0"/>
          <w:color w:val="000000"/>
          <w:sz w:val="19"/>
        </w:rPr>
        <w:t>Pembelajaran literasi berfokus pada pengenalan huruf konsonan 'G' (kapital dan kecil) serta membaca suku kata (ga, gi, gu, ge, go). Siswa mempelajari kosakata sifat fisik seperti 'gemuk', 'gigi', 'gembira', dan 'gelap'.</w:t>
      </w:r>
    </w:p>
    <w:p>
      <w:pPr>
        <w:spacing w:before="40" w:after="60" w:line="276" w:lineRule="auto"/>
      </w:pPr>
      <w:r>
        <w:rPr>
          <w:rFonts w:ascii="Calibri" w:hAnsi="Calibri"/>
          <w:b w:val="0"/>
          <w:i w:val="0"/>
          <w:color w:val="000000"/>
          <w:sz w:val="19"/>
        </w:rPr>
        <w:t>Modul ini menuntun siswa menyimak teks deskripsi bergambar, menggambar potret wajah diri dan teman, serta menceritakan keunikan masing-masing tanpa mengejek atau membeda-bedakan.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Ciri Fisik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Karakteristik bentuk luar tubuh yang tampak secara visual (seperti rambut, kulit, bentuk wajah).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Toleransi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saling menghormati dan menghargai perbedaan antarsesama manusia.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Deskripsi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menggambarkan objek atau peristiwa secara jelas sehingga pembaca seolah melihatnya sendiri.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Keunikan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Ciri khas tersendiri yang membuat seseorang atau sesuatu berbeda dari yang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Potret Diri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Lukisan atau gambar yang menggambarkan rupa wajah diri sendiri.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