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MODUL AJAR KURIKULUM MERDEKA</w:t>
      </w:r>
    </w:p>
    <w:p>
      <w:pPr>
        <w:pStyle w:val="Subtitle"/>
      </w:pPr>
      <w:r>
        <w:t>BAHASA INDONESIA — FASE A (KELAS 1)</w:t>
      </w:r>
    </w:p>
    <w:p>
      <w:pPr>
        <w:pStyle w:val="Heading1"/>
      </w:pPr>
      <w:r>
        <w:t>I. INFORMASI UMUM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Nama Penyusun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Satuan Pendidikan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Tahun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2026 / 2027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Jenjang Sekolah / Fase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Sekolah Dasar (SD) / Fase A (Kelas 1)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Mata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Bahasa Indonesia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Alokasi Waktu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18 JP (6 Pertemuan x 3 JP)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Bab / Pokok Bahasan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Bab 5: Teman Baru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Semester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2 (Genap)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Target Peserta Didik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Peserta Didik Reguler / Tipikal (Inklusif &amp; Heterogen)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Model Pembelajaran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Pembelajaran Berbasis Masalah (PBL) &amp; Analisis Studi Kasus Kontekstual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Profil Pelajar Pancasila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Mandiri, Bernalar Kritis, Gotong Royong, dan Kreatif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Sarana &amp; Prasarana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Teks autentik, artikel studi kasus, atlas/kamus referensi, proyektor LCD, ruang kelas, LKPD</w:t>
            </w:r>
          </w:p>
        </w:tc>
      </w:tr>
    </w:tbl>
    <w:p>
      <w:pPr>
        <w:spacing w:after="80"/>
      </w:pPr>
    </w:p>
    <w:p>
      <w:pPr>
        <w:pStyle w:val="Heading1"/>
      </w:pPr>
      <w:r>
        <w:t>II. KOMPONEN INTI</w:t>
      </w:r>
    </w:p>
    <w:p>
      <w:pPr>
        <w:pStyle w:val="Heading2"/>
      </w:pPr>
      <w:r>
        <w:t>A. Capaian dan Tujuan Pembelajaran (TP)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Menyampaikan perkenalan diri dan menanggapi teman secara lisan dengan etika berbahasa yang santun.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Mengenal bentuk huruf 'M' serta membaca suku kata terbuka (ma, mi, mu, me, mo) dengan artikulasi jelas.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Menggunakan kata-kata tolong, maaf, terima kasih, dan permisi dalam simulasi pergaulan kelas.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Menuliskan nama diri dan kata sederhana berawalan huruf M menggunakan huruf kapital secara tepat.</w:t>
      </w:r>
    </w:p>
    <w:p>
      <w:pPr>
        <w:pStyle w:val="Heading2"/>
      </w:pPr>
      <w:r>
        <w:t>B. Pemahaman Bermakna dan Pertanyaan Pemantik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 xml:space="preserve">1. Pemahaman Bermakna: </w:t>
      </w:r>
      <w:r>
        <w:rPr>
          <w:rFonts w:ascii="Calibri" w:hAnsi="Calibri"/>
          <w:b w:val="0"/>
          <w:i w:val="0"/>
          <w:color w:val="000000"/>
          <w:sz w:val="19"/>
        </w:rPr>
        <w:t>Perangkat ajar bahasa Indonesia Kelas 1 SD Bab 5 untuk melatih etika berbicara sopan saat berkenalan, pengenalan huruf M, dan membaca suku kata kombinasi.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>2. Pertanyaan Pemantik: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Benda atau peristiwa apa saja di sekitar kita yang berkaitan dengan materi ini?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Mengapa kita perlu mempelajari dan menerapkan konsep ini dalam kehidupan sehari-hari?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Bagaimana cara kita membuktikan pemahaman materi ini melalui latihan bersama?</w:t>
      </w:r>
    </w:p>
    <w:p>
      <w:pPr>
        <w:pStyle w:val="Heading2"/>
      </w:pPr>
      <w:r>
        <w:t>C. Skenario Kegiatan Pembelajaran</w:t>
      </w:r>
    </w:p>
    <w:p>
      <w:pPr>
        <w:pStyle w:val="Heading3"/>
      </w:pPr>
      <w:r>
        <w:t>Pertemuan 1 – 2: Topik A: Etika Berkenalan dan Menggunakan Kata Ajaib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Mempraktikkan cara memperkenalkan diri dan menyapa teman dengan bahasa tubuh serta ucapan santun.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3 – 4: Topik B: Pengenalan Huruf 'M' dan Suku Kata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Mengenal bentuk huruf 'M', membedakan artikulasi bunyi fonem /m/, dan membaca suku kata (ma, mi, mu, me, mo).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5 – 6: Topik C: Menulis Nama Diri dan Bermain Peran Percakapan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Menuliskan nama sendiri dengan huruf kapital awal dan mempraktikkan dialog sederhana antarteman.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1"/>
      </w:pPr>
      <w:r>
        <w:t>III. ASESMEN DAN RUBRIK EVALUASI</w:t>
      </w:r>
    </w:p>
    <w:p>
      <w:pPr>
        <w:pStyle w:val="Heading2"/>
      </w:pPr>
      <w:r>
        <w:t>A. Bentuk dan Instrumen Asesmen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Awal (Diagnostik): Tanya jawab lisan untuk memetakan kesiapan awal peserta didik.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Formatif: Observasi unjuk kerja, keaktifan berdiskusi, dan hasil pengerjaan LKPD.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Sumatif: Latihan soal penguasaan konsep di akhir bab.</w:t>
      </w:r>
    </w:p>
    <w:p>
      <w:pPr>
        <w:pStyle w:val="Heading2"/>
      </w:pPr>
      <w:r>
        <w:t>B. Rubrik Kriteria Ketercapaian Tujuan Pembelajaran (KKTP)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1806"/>
        <w:gridCol w:w="1806"/>
        <w:gridCol w:w="1806"/>
        <w:gridCol w:w="1806"/>
        <w:gridCol w:w="1806"/>
      </w:tblGrid>
      <w:tr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Kriteria / Indikator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Perlu Bimbingan</w:t>
              <w:br/>
              <w:t>(0–60)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Cukup</w:t>
              <w:br/>
              <w:t>(61–70)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Baik</w:t>
              <w:br/>
              <w:t>(71–85)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Sangat Baik</w:t>
              <w:br/>
              <w:t>(86–100)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Pemahaman Konsep Dasar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mampu memahami konsep dasar bab ini.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dengan bimbingan guru.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secara mandiri dan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Menguasai konsep secara utuh dan mampu menjelaskan ke teman.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Keterampilan Pengerjaan LKPD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dapat menyelesaikan aktivitas LKPD.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sebagian LKPD dengan pendampingan.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seluruh aktivitas LKPD dengan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LKPD dengan cepat, rapi, dan tepat.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Kemandirian &amp; Sikap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Pasif dan memerlukan arahan berulang.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Cukup antusias namun masih ragu-ragu.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Aktif, tertib, dan bertanggung jawab.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Sangat mandiri, kritis, dan berinisiatif.</w:t>
            </w:r>
          </w:p>
        </w:tc>
      </w:tr>
    </w:tbl>
    <w:p>
      <w:pPr>
        <w:pStyle w:val="Heading2"/>
      </w:pPr>
      <w:r>
        <w:t>C. Bank Soal Evaluasi Formatif / Sumatif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1. </w:t>
      </w:r>
      <w:r>
        <w:rPr>
          <w:rFonts w:ascii="Calibri" w:hAnsi="Calibri"/>
          <w:b w:val="0"/>
          <w:i w:val="0"/>
          <w:color w:val="000000"/>
          <w:sz w:val="19"/>
        </w:rPr>
        <w:t>Saat pertama kali berkenalan dengan teman baru di sekolah, kata pertama yang santun kita ucapkan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'Beri aku uang jajanmu!'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'Halo, perkenalkan nama saya Budi.'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'Minggir, aku mau lewat!'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'Jangan dekati aku!'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Menyapa dengan ramah dan menyebutkan nama sendiri adalah etika perkenalan yang sopan.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2. </w:t>
      </w:r>
      <w:r>
        <w:rPr>
          <w:rFonts w:ascii="Calibri" w:hAnsi="Calibri"/>
          <w:b w:val="0"/>
          <w:i w:val="0"/>
          <w:color w:val="000000"/>
          <w:sz w:val="19"/>
        </w:rPr>
        <w:t>Kata 'Matahari' diawali dengan huruf...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N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M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W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U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Kata 'Matahari' diawali huruf konsonan M.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3. </w:t>
      </w:r>
      <w:r>
        <w:rPr>
          <w:rFonts w:ascii="Calibri" w:hAnsi="Calibri"/>
          <w:b w:val="0"/>
          <w:i w:val="0"/>
          <w:color w:val="000000"/>
          <w:sz w:val="19"/>
        </w:rPr>
        <w:t>Kata yang diawali dengan suku kata 'me-'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Meja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Mobil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Madu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Musik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w:r>
        <w:rPr>
          <w:rFonts w:ascii="Calibri" w:hAnsi="Calibri"/>
          <w:b w:val="0"/>
          <w:i/>
          <w:color w:val="64748B"/>
          <w:sz w:val="17"/>
        </w:rPr>
        <w:t>Kata 'meja' diawali oleh suku kata 'me-' (me-ja).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4. </w:t>
      </w:r>
      <w:r>
        <w:rPr>
          <w:rFonts w:ascii="Calibri" w:hAnsi="Calibri"/>
          <w:b w:val="0"/>
          <w:i w:val="0"/>
          <w:color w:val="000000"/>
          <w:sz w:val="19"/>
        </w:rPr>
        <w:t>Jika teman menceritakan cerita kesukaannya, sikap kita yang baik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Mendengarkan dengan saksama tanpa memotong pembicaraan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Berteriak-teriak sambil berlari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Mengejek cerita teman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Pura-pura tidur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w:r>
        <w:rPr>
          <w:rFonts w:ascii="Calibri" w:hAnsi="Calibri"/>
          <w:b w:val="0"/>
          <w:i/>
          <w:color w:val="64748B"/>
          <w:sz w:val="17"/>
        </w:rPr>
        <w:t>Menyimak dengan baik dan menghargai lawan bicara adalah wujud sikap santun dan menghormati teman.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5. </w:t>
      </w:r>
      <w:r>
        <w:rPr>
          <w:rFonts w:ascii="Calibri" w:hAnsi="Calibri"/>
          <w:b w:val="0"/>
          <w:i w:val="0"/>
          <w:color w:val="000000"/>
          <w:sz w:val="19"/>
        </w:rPr>
        <w:t>Huruf kapital (huruf besar) selalu digunakan pada...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Awal penulisan nama orang dan awal kalimat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Setiap akhir kata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Di tengah semua kata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Hanya pada tanda koma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w:r>
        <w:rPr>
          <w:rFonts w:ascii="Calibri" w:hAnsi="Calibri"/>
          <w:b w:val="0"/>
          <w:i/>
          <w:color w:val="64748B"/>
          <w:sz w:val="17"/>
        </w:rPr>
        <w:t>Huruf kapital digunakan untuk huruf pertama awal kalimat dan huruf pertama penulisan nama diri orang.</w:t>
      </w:r>
    </w:p>
    <w:p>
      <w:r>
        <w:br w:type="page"/>
      </w:r>
    </w:p>
    <w:p>
      <w:pPr>
        <w:pStyle w:val="Title"/>
      </w:pPr>
      <w:r>
        <w:t>LEMBAR KERJA PESERTA DIDIK (LKPD)</w:t>
      </w:r>
    </w:p>
    <w:p>
      <w:pPr>
        <w:pStyle w:val="Subtitle"/>
      </w:pPr>
      <w:r>
        <w:t>Mata Pelajaran: Bahasa Indonesia • Bab 5: Teman Baru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Nama Lengkap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Hari / Tanggal : ...................................</w:t>
            </w:r>
          </w:p>
        </w:tc>
      </w:tr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Kelas / No. Absen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Nilai / Catatan : ...................................</w:t>
            </w:r>
          </w:p>
        </w:tc>
      </w:tr>
    </w:tbl>
    <w:p>
      <w:pPr>
        <w:spacing w:after="60"/>
      </w:pPr>
    </w:p>
    <w:p>
      <w:pPr>
        <w:spacing w:before="60" w:after="40"/>
      </w:pPr>
      <w:r>
        <w:rPr>
          <w:rFonts w:ascii="Calibri" w:hAnsi="Calibri"/>
          <w:b/>
          <w:sz w:val="19"/>
        </w:rPr>
        <w:t>Petunjuk Pengerjaan: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Tuliskan nama lengkap dan nomor absen pada kotak di atas.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Dengarkan penjelasan guru sebelum memulai pengerjaan.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Kerjakan setiap aktivitas dengan teliti dan rapi.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Tanyakan kepada guru jika ada instruksi yang belum jelas.</w:t>
      </w:r>
    </w:p>
    <w:p>
      <w:pPr>
        <w:pStyle w:val="Heading3"/>
      </w:pPr>
      <w:r>
        <w:t>Aktivitas 1: Topik A: Etika Berkenalan dan Menggunakan Kata Ajaib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Mempraktikkan cara memperkenalkan diri dan menyapa teman dengan bahasa tubuh serta ucapan santun.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2: Topik B: Pengenalan Huruf 'M' dan Suku Kata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Mengenal bentuk huruf 'M', membedakan artikulasi bunyi fonem /m/, dan membaca suku kata (ma, mi, mu, me, mo).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3: Topik C: Menulis Nama Diri dan Bermain Peran Percakapan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Menuliskan nama sendiri dengan huruf kapital awal dan mempraktikkan dialog sederhana antarteman.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r>
        <w:br w:type="page"/>
      </w:r>
    </w:p>
    <w:p>
      <w:pPr>
        <w:pStyle w:val="Title"/>
      </w:pPr>
      <w:r>
        <w:t>BAHAN BACAAN GURU, PESERTA DIDIK &amp; GLOSARIUM</w:t>
      </w:r>
    </w:p>
    <w:p>
      <w:pPr>
        <w:pStyle w:val="Heading2"/>
      </w:pPr>
      <w:r>
        <w:t>A. Rangkuman Konsep Materi Pembelajaran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Mengawali semester 2, pembelajaran menekankan pada kemampuan komunikasi sosial peserta didik. Siswa belajar tata krama memperkenalkan diri, menanyakan nama teman baru dengan bahasa yang santun, serta menggunakan 4 kata ajaib (tolong, terima kasih, maaf, dan permisi).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Fokus kebahasaan mencakup pengenalan huruf konsonan 'M' (kapital dan kecil) serta membaca dan menulis suku kata (ma, mi, mu, me, mo). Siswa diajak membaca kata-kata bermakna seperti 'mata', 'meja', 'minum', 'mobil', dan 'mulut'.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Modul ini dilengkapi latihan simulasi bermain peran (role playing) perkenalan di kelas, membaca teks cerita interaksi teman sebaya, dan menuliskan nama diri serta nama teman menggunakan huruf kapital secara tepat.</w:t>
      </w:r>
    </w:p>
    <w:p>
      <w:pPr>
        <w:pStyle w:val="Heading2"/>
      </w:pPr>
      <w:r>
        <w:t>B. Glosarium Istilah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Istilah</w:t>
            </w:r>
          </w:p>
        </w:tc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Pengertian / Definisi Operasional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Etika Berbicara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Tata krama dan sopan santun dalam berkomunikasi lisan agar terjalin hubungan yang harmonis.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Kata Ajaib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Ungkapan santun dasar yang wajib dibiasakan dalam pergaulan (tolong, maaf, terima kasih, permisi).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Perkenalan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Proses menyampaikan identitas diri kepada orang lain agar saling mengenal.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Bermain Peran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Metode pembelajaran dengan memperagakan situasi nyata melalui peran tokoh tertentu.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Nama Diri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Kata yang digunakan untuk menyebut identitas seseorang, diawali dengan huruf kapital.</w:t>
            </w:r>
          </w:p>
        </w:tc>
      </w:tr>
    </w:tbl>
    <w:p>
      <w:pPr>
        <w:pStyle w:val="Heading2"/>
      </w:pPr>
      <w:r>
        <w:t>C. Daftar Pustaka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Keputusan Kepala Badan Standar, Kurikulum, dan Asesmen Pendidikan No. 046/H/KR/2025 tentang Capaian Pembelajaran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Permendikdasmen No. 13 Tahun 2025 tentang Perubahan atas Permendikbudristek No. 12 Tahun 2024 tentang Kurikulum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Panduan Pembelajaran dan Asesmen Kurikulum Merdeka, Kemendikdasmen.</w:t>
      </w:r>
    </w:p>
    <w:p>
      <w:pPr>
        <w:spacing w:before="240" w:after="8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514"/>
        <w:gridCol w:w="4514"/>
      </w:tblGrid>
      <w:tr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Mengetahui,</w:t>
              <w:br/>
              <w:t>Kepala Sekolah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......................, ........................ 2026</w:t>
              <w:br/>
              <w:t>Guru Mata Pelajaran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9" w:h="16834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Calibri" w:hAnsi="Calibri"/>
        <w:color w:val="000000"/>
        <w:sz w:val="18"/>
      </w:rPr>
      <w:t xml:space="preserve">Halaman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Calibri" w:hAnsi="Calibri"/>
        <w:color w:val="64748B"/>
        <w:sz w:val="17"/>
      </w:rPr>
      <w:t>Modul Ajar Kurikulum Merdeka • Bahasa Indonesia Kelas 1 SD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 w:before="0" w:after="60"/>
    </w:pPr>
    <w:rPr>
      <w:rFonts w:ascii="Calibri" w:hAnsi="Calibri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6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20" w:after="4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00" w:after="40"/>
      <w:outlineLvl w:val="2"/>
    </w:pPr>
    <w:rPr>
      <w:rFonts w:asciiTheme="majorHAnsi" w:eastAsiaTheme="majorEastAsia" w:hAnsiTheme="majorHAnsi" w:cstheme="majorBidi" w:ascii="Calibri" w:hAnsi="Calibri"/>
      <w:b/>
      <w:bCs/>
      <w:color w:val="000000"/>
      <w:sz w:val="2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40" w:line="240" w:lineRule="auto" w:before="0"/>
      <w:contextualSpacing/>
      <w:jc w:val="center"/>
    </w:pPr>
    <w:rPr>
      <w:rFonts w:asciiTheme="majorHAnsi" w:eastAsiaTheme="majorEastAsia" w:hAnsiTheme="majorHAnsi" w:cstheme="majorBidi" w:ascii="Calibri" w:hAnsi="Calibri"/>
      <w:b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before="0" w:after="240"/>
      <w:jc w:val="center"/>
    </w:pPr>
    <w:rPr>
      <w:rFonts w:asciiTheme="majorHAnsi" w:eastAsiaTheme="majorEastAsia" w:hAnsiTheme="majorHAnsi" w:cstheme="majorBidi" w:ascii="Calibri" w:hAnsi="Calibri"/>
      <w:b/>
      <w:i/>
      <w:iCs/>
      <w:color w:val="000000"/>
      <w:spacing w:val="15"/>
      <w:sz w:val="2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spacing w:before="20" w:after="20" w:line="276" w:lineRule="auto"/>
      <w:contextualSpacing/>
    </w:pPr>
    <w:rPr>
      <w:rFonts w:ascii="Calibri" w:hAnsi="Calibri"/>
      <w:color w:val="000000"/>
      <w:sz w:val="18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