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Aku Bisa!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Menyimak dan menanggapi teks cerita tentang kemandirian dan gerak tubuh secara aktif.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Mengenal bentuk huruf 'L' serta melafalkan dan membaca suku kata (la, li, lu, le, lo).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Membaca kata-kata sederhana dengan pola suku kata terbuka secara mandiri dan fasih.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Menyusun dan menuliskan kalimat pendek 2-3 kata dengan spasi antar kata yang proporsional.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bahasa Indonesia Kelas 1 SD Bab 4 untuk membangun rasa percaya diri, mengenal gerak menirukan binatang, pengenalan huruf L, dan membaca suku kata kombinasi.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Menyimak Cerita Menirukan Gerak Binatang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Mendengarkan teks narasi gerak binatang dan memperagakan gerakan tubuh sesuai instruksi cerita.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Pengenalan Huruf 'L' dan Merangkai Kata KVKV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Mengenali bentuk huruf 'L', membaca suku kata (la, li, lu, le, lo), dan merangkai kata 2 suku kata.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Menulis Kalimat Pendek dan Membaca Mandiri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Menulis kalimat deklaratif pendek (contoh: 'Lili bisa lari') dan membaca nyaring dengan lancar.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Gerakan melompat dan menirukan gerak katak termasuk contoh gerak tubuh yang melatih...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Kekuatan otot kaki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Daya ingat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Penglihatan mata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Pendengaran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Melompat mengandalkan tumpuan dan dorongan kaki, sehingga melatih kekuatan otot kaki.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Kata 'Lompat' diawali dengan huruf...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J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Kata 'Lompat' diawali dengan huruf konsonan 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Kata berikut yang menggunakan suku kata 'la-'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Lilin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Lemon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Lalat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Lukisan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Kata 'lalat' diawali suku kata 'la-' (la-lat).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Bobi menirukan gerakan burung terbang. Gerakan tangan Bobi yang tepat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Mengayunkan kedua tangan ke atas dan ke bawah seperti sayap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Merapatkan tangan di dada diam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Menutup mata rapat-rapat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Berjalan mundur pelan-pelan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Burung terbang dengan mengepakkan sayap, ditirukan dengan merentangkan dan mengayunkan kedua tangan ke atas-bawah.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Kalimat yang menyatakan kemampuan diri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Siapa yang bisa berlari?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Aku bisa merapikan tempat tidurku sendiri.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Tolong ambilkan buku itu!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Jangan bermain di sana!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'Aku bisa merapikan tempat tidurku sendiri' adalah kalimat berita yang menyatakan kemandirian dan keterampilan diri.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4: Aku Bisa!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Menyimak Cerita Menirukan Gerak Binatang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Mendengarkan teks narasi gerak binatang dan memperagakan gerakan tubuh sesuai instruksi cerita.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Pengenalan Huruf 'L' dan Merangkai Kata KVKV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Mengenali bentuk huruf 'L', membaca suku kata (la, li, lu, le, lo), dan merangkai kata 2 suku kata.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Menulis Kalimat Pendek dan Membaca Mandiri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Menulis kalimat deklaratif pendek (contoh: 'Lili bisa lari') dan membaca nyaring dengan lancar.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4 menutup semester ganjil dengan fokus pada kemandirian dan rasa percaya diri siswa. Anak-anak diajak mengeksplorasi kemampuan gerak tubuh mereka melalui aktivitas menirukan aneka gerakan dan suara binatang, seperti melompat seperti katak atau merayap seperti ulat.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literasi menitikberatkan pada pengenalan huruf konsonan 'L' (kapital dan kecil) serta membaca suku kata (la, li, lu, le, lo). Siswa merangkai kata-kata seperti 'lari', 'lompat', 'leher', dan 'lilin', kemudian menyusunnya menjadi kalimat pendek sederhana.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Modul ini memperkuat keterampilan membaca mandiri (independent reading) kata-kata berpola KVKV (konsonan-vokal-konsonan-vokal) serta melatih ekspresi lisan siswa saat menceritakan hal yang bisa mereka lakukan sendiri.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Kemandirian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dan kemauan untuk melakukan aktivitas sehari-hari tanpa selalu bergantung pada orang lain.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Pola KVKV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Struktur kata yang tersusun atas urutan konsonan-vokal-konsonan-vokal (contoh: b-a-j-u, l-a-r-i).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Spasi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Jarak kosong antara satu kata dengan kata berikutnya dalam tulisan agar mudah dibaca.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Kalimat Deklaratif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Kalimat berita yang berfungsi memberikan informasi atau pernyataan.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Membaca Terbimbing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Metode pembelajaran membaca di mana guru mendampingi kelompok kecil siswa untuk memahami teks.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