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A (KELAS 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A (Kelas 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Bunyi Apa?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Menyimak dan membedakan aneka ragam tiruan bunyi benda dan hewan di lingkungan sekitar.</w:t>
      </w:r>
    </w:p>
    <w:p>
      <w:pPr>
        <w:pStyle w:val="ListNumber"/>
      </w:pPr>
      <w:r>
        <w:rPr>
          <w:rFonts w:ascii="Calibri" w:hAnsi="Calibri"/>
          <w:b w:val="0"/>
          <w:i w:val="0"/>
          <w:color w:val="000000"/>
          <w:sz w:val="19"/>
        </w:rPr>
        <w:t>Mengenal bentuk visual huruf besar dan kecil 'B' serta melafalkan artikulasi bunyinya secara tepat.</w:t>
      </w:r>
    </w:p>
    <w:p>
      <w:pPr>
        <w:pStyle w:val="ListNumber"/>
      </w:pPr>
      <w:r>
        <w:rPr>
          <w:rFonts w:ascii="Calibri" w:hAnsi="Calibri"/>
          <w:b w:val="0"/>
          <w:i w:val="0"/>
          <w:color w:val="000000"/>
          <w:sz w:val="19"/>
        </w:rPr>
        <w:t>Mengeja, membaca, dan menuliskan suku kata yang diawali dengan huruf 'b' (ba, bi, bu, be, bo).</w:t>
      </w:r>
    </w:p>
    <w:p>
      <w:pPr>
        <w:pStyle w:val="ListNumber"/>
      </w:pPr>
      <w:r>
        <w:rPr>
          <w:rFonts w:ascii="Calibri" w:hAnsi="Calibri"/>
          <w:b w:val="0"/>
          <w:i w:val="0"/>
          <w:color w:val="000000"/>
          <w:sz w:val="19"/>
        </w:rPr>
        <w:t>Menunjukkan sikap santun dan percaya diri saat bercerita atau menjawab pertanyaan guru secara lisan.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Perangkat ajar literasi awal Kelas 1 SD untuk melatih kepekaan fonologis menyimak aneka bunyi di sekitar serta membaca dan menulis suku kata dari huruf B.</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Menyimak dan Membedakan Bunyi Sekitar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Mendengarkan aneka bunyi lingkungan, mengidentifikasi sumber bunyi, dan membedakan bunyi keras serta lembut.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Mengenal Bentuk dan Fonem Huruf B</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Mengenali bentuk visual huruf kapital 'B' dan huruf kecil 'b' serta melafalkan artikulasi bunyinya.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Membaca dan Menulis Suku Kata Huruf B</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Merangkai suku kata (ba, bi, bu, be, bo) dan menuliskannya dengan koordinasi gerak tangan yang benar.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Suara tiruan bunyi hewan kucing mengeong berbunyi...</w:t>
      </w:r>
    </w:p>
    <w:p>
      <w:pPr>
        <w:spacing w:before="0" w:after="20"/>
        <w:ind w:left="576"/>
      </w:pPr>
      <w:r>
        <w:rPr>
          <w:rFonts w:ascii="Calibri" w:hAnsi="Calibri"/>
          <w:b w:val="0"/>
          <w:i w:val="0"/>
          <w:color w:val="000000"/>
          <w:sz w:val="18"/>
        </w:rPr>
        <w:t>A. 'Kwek... kwek...'</w:t>
      </w:r>
    </w:p>
    <w:p>
      <w:pPr>
        <w:spacing w:before="0" w:after="20"/>
        <w:ind w:left="576"/>
      </w:pPr>
      <w:r>
        <w:rPr>
          <w:rFonts w:ascii="Calibri" w:hAnsi="Calibri"/>
          <w:b w:val="0"/>
          <w:i w:val="0"/>
          <w:color w:val="000000"/>
          <w:sz w:val="18"/>
        </w:rPr>
        <w:t>B. 'Meong... meong...'</w:t>
      </w:r>
    </w:p>
    <w:p>
      <w:pPr>
        <w:spacing w:before="0" w:after="20"/>
        <w:ind w:left="576"/>
      </w:pPr>
      <w:r>
        <w:rPr>
          <w:rFonts w:ascii="Calibri" w:hAnsi="Calibri"/>
          <w:b w:val="0"/>
          <w:i w:val="0"/>
          <w:color w:val="000000"/>
          <w:sz w:val="18"/>
        </w:rPr>
        <w:t>C. 'Kukuruyuk!'</w:t>
      </w:r>
    </w:p>
    <w:p>
      <w:pPr>
        <w:spacing w:before="0" w:after="20"/>
        <w:ind w:left="576"/>
      </w:pPr>
      <w:r>
        <w:rPr>
          <w:rFonts w:ascii="Calibri" w:hAnsi="Calibri"/>
          <w:b w:val="0"/>
          <w:i w:val="0"/>
          <w:color w:val="000000"/>
          <w:sz w:val="18"/>
        </w:rPr>
        <w:t>D. 'Moo... moo...'</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Kucing menghasilkan tiruan bunyi 'meong... meong...'.</w:t>
      </w:r>
    </w:p>
    <w:p>
      <w:pPr>
        <w:spacing w:before="80" w:after="40"/>
        <w:ind w:left="216"/>
      </w:pPr>
      <w:r>
        <w:rPr>
          <w:rFonts w:ascii="Calibri" w:hAnsi="Calibri"/>
          <w:b/>
          <w:color w:val="000000"/>
          <w:sz w:val="19"/>
        </w:rPr>
        <w:t xml:space="preserve">2. </w:t>
      </w:r>
      <w:r>
        <w:rPr>
          <w:rFonts w:ascii="Calibri" w:hAnsi="Calibri"/>
          <w:b w:val="0"/>
          <w:i w:val="0"/>
          <w:color w:val="000000"/>
          <w:sz w:val="19"/>
        </w:rPr>
        <w:t>Kata 'BOLA' diawali dengan huruf pertama...</w:t>
      </w:r>
    </w:p>
    <w:p>
      <w:pPr>
        <w:spacing w:before="0" w:after="20"/>
        <w:ind w:left="576"/>
      </w:pPr>
      <w:r>
        <w:rPr>
          <w:rFonts w:ascii="Calibri" w:hAnsi="Calibri"/>
          <w:b w:val="0"/>
          <w:i w:val="0"/>
          <w:color w:val="000000"/>
          <w:sz w:val="18"/>
        </w:rPr>
        <w:t>A. B</w:t>
      </w:r>
    </w:p>
    <w:p>
      <w:pPr>
        <w:spacing w:before="0" w:after="20"/>
        <w:ind w:left="576"/>
      </w:pPr>
      <w:r>
        <w:rPr>
          <w:rFonts w:ascii="Calibri" w:hAnsi="Calibri"/>
          <w:b w:val="0"/>
          <w:i w:val="0"/>
          <w:color w:val="000000"/>
          <w:sz w:val="18"/>
        </w:rPr>
        <w:t>B. O</w:t>
      </w:r>
    </w:p>
    <w:p>
      <w:pPr>
        <w:spacing w:before="0" w:after="20"/>
        <w:ind w:left="576"/>
      </w:pPr>
      <w:r>
        <w:rPr>
          <w:rFonts w:ascii="Calibri" w:hAnsi="Calibri"/>
          <w:b w:val="0"/>
          <w:i w:val="0"/>
          <w:color w:val="000000"/>
          <w:sz w:val="18"/>
        </w:rPr>
        <w:t>C. L</w:t>
      </w:r>
    </w:p>
    <w:p>
      <w:pPr>
        <w:spacing w:before="0" w:after="20"/>
        <w:ind w:left="576"/>
      </w:pPr>
      <w:r>
        <w:rPr>
          <w:rFonts w:ascii="Calibri" w:hAnsi="Calibri"/>
          <w:b w:val="0"/>
          <w:i w:val="0"/>
          <w:color w:val="000000"/>
          <w:sz w:val="18"/>
        </w:rPr>
        <w:t>D. 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Kata 'BOLA' diawali oleh huruf B (b).</w:t>
      </w:r>
    </w:p>
    <w:p>
      <w:pPr>
        <w:spacing w:before="80" w:after="40"/>
        <w:ind w:left="216"/>
      </w:pPr>
      <w:r>
        <w:rPr>
          <w:rFonts w:ascii="Calibri" w:hAnsi="Calibri"/>
          <w:b/>
          <w:color w:val="000000"/>
          <w:sz w:val="19"/>
        </w:rPr>
        <w:t xml:space="preserve">3. </w:t>
      </w:r>
      <w:r>
        <w:rPr>
          <w:rFonts w:ascii="Calibri" w:hAnsi="Calibri"/>
          <w:b w:val="0"/>
          <w:i w:val="0"/>
          <w:color w:val="000000"/>
          <w:sz w:val="19"/>
        </w:rPr>
        <w:t>Suku kata 'ba' dan 'tu' jika digabungkan akan membentuk kata bermakna...</w:t>
      </w:r>
    </w:p>
    <w:p>
      <w:pPr>
        <w:spacing w:before="0" w:after="20"/>
        <w:ind w:left="576"/>
      </w:pPr>
      <w:r>
        <w:rPr>
          <w:rFonts w:ascii="Calibri" w:hAnsi="Calibri"/>
          <w:b w:val="0"/>
          <w:i w:val="0"/>
          <w:color w:val="000000"/>
          <w:sz w:val="18"/>
        </w:rPr>
        <w:t>A. Babi</w:t>
      </w:r>
    </w:p>
    <w:p>
      <w:pPr>
        <w:spacing w:before="0" w:after="20"/>
        <w:ind w:left="576"/>
      </w:pPr>
      <w:r>
        <w:rPr>
          <w:rFonts w:ascii="Calibri" w:hAnsi="Calibri"/>
          <w:b w:val="0"/>
          <w:i w:val="0"/>
          <w:color w:val="000000"/>
          <w:sz w:val="18"/>
        </w:rPr>
        <w:t>B. Baju</w:t>
      </w:r>
    </w:p>
    <w:p>
      <w:pPr>
        <w:spacing w:before="0" w:after="20"/>
        <w:ind w:left="576"/>
      </w:pPr>
      <w:r>
        <w:rPr>
          <w:rFonts w:ascii="Calibri" w:hAnsi="Calibri"/>
          <w:b w:val="0"/>
          <w:i w:val="0"/>
          <w:color w:val="000000"/>
          <w:sz w:val="18"/>
        </w:rPr>
        <w:t>C. Batu</w:t>
      </w:r>
    </w:p>
    <w:p>
      <w:pPr>
        <w:spacing w:before="0" w:after="20"/>
        <w:ind w:left="576"/>
      </w:pPr>
      <w:r>
        <w:rPr>
          <w:rFonts w:ascii="Calibri" w:hAnsi="Calibri"/>
          <w:b w:val="0"/>
          <w:i w:val="0"/>
          <w:color w:val="000000"/>
          <w:sz w:val="18"/>
        </w:rPr>
        <w:t>D. Buku</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ba + tu = batu.</w:t>
      </w:r>
    </w:p>
    <w:p>
      <w:pPr>
        <w:spacing w:before="80" w:after="40"/>
        <w:ind w:left="216"/>
      </w:pPr>
      <w:r>
        <w:rPr>
          <w:rFonts w:ascii="Calibri" w:hAnsi="Calibri"/>
          <w:b/>
          <w:color w:val="000000"/>
          <w:sz w:val="19"/>
        </w:rPr>
        <w:t xml:space="preserve">4. </w:t>
      </w:r>
      <w:r>
        <w:rPr>
          <w:rFonts w:ascii="Calibri" w:hAnsi="Calibri"/>
          <w:b w:val="0"/>
          <w:i w:val="0"/>
          <w:color w:val="000000"/>
          <w:sz w:val="19"/>
        </w:rPr>
        <w:t>Benda berikut yang namanya diawali dengan suku kata 'bo-' adalah...</w:t>
      </w:r>
    </w:p>
    <w:p>
      <w:pPr>
        <w:spacing w:before="0" w:after="20"/>
        <w:ind w:left="576"/>
      </w:pPr>
      <w:r>
        <w:rPr>
          <w:rFonts w:ascii="Calibri" w:hAnsi="Calibri"/>
          <w:b w:val="0"/>
          <w:i w:val="0"/>
          <w:color w:val="000000"/>
          <w:sz w:val="18"/>
        </w:rPr>
        <w:t>A. Buku</w:t>
      </w:r>
    </w:p>
    <w:p>
      <w:pPr>
        <w:spacing w:before="0" w:after="20"/>
        <w:ind w:left="576"/>
      </w:pPr>
      <w:r>
        <w:rPr>
          <w:rFonts w:ascii="Calibri" w:hAnsi="Calibri"/>
          <w:b w:val="0"/>
          <w:i w:val="0"/>
          <w:color w:val="000000"/>
          <w:sz w:val="18"/>
        </w:rPr>
        <w:t>B. Balon</w:t>
      </w:r>
    </w:p>
    <w:p>
      <w:pPr>
        <w:spacing w:before="0" w:after="20"/>
        <w:ind w:left="576"/>
      </w:pPr>
      <w:r>
        <w:rPr>
          <w:rFonts w:ascii="Calibri" w:hAnsi="Calibri"/>
          <w:b w:val="0"/>
          <w:i w:val="0"/>
          <w:color w:val="000000"/>
          <w:sz w:val="18"/>
        </w:rPr>
        <w:t>C. Botol</w:t>
      </w:r>
    </w:p>
    <w:p>
      <w:pPr>
        <w:spacing w:before="0" w:after="20"/>
        <w:ind w:left="576"/>
      </w:pPr>
      <w:r>
        <w:rPr>
          <w:rFonts w:ascii="Calibri" w:hAnsi="Calibri"/>
          <w:b w:val="0"/>
          <w:i w:val="0"/>
          <w:color w:val="000000"/>
          <w:sz w:val="18"/>
        </w:rPr>
        <w:t>D. Baju</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Kata 'botol' suku kata pertamanya adalah 'bo-' (bo-tol).</w:t>
      </w:r>
    </w:p>
    <w:p>
      <w:pPr>
        <w:spacing w:before="80" w:after="40"/>
        <w:ind w:left="216"/>
      </w:pPr>
      <w:r>
        <w:rPr>
          <w:rFonts w:ascii="Calibri" w:hAnsi="Calibri"/>
          <w:b/>
          <w:color w:val="000000"/>
          <w:sz w:val="19"/>
        </w:rPr>
        <w:t xml:space="preserve">5. </w:t>
      </w:r>
      <w:r>
        <w:rPr>
          <w:rFonts w:ascii="Calibri" w:hAnsi="Calibri"/>
          <w:b w:val="0"/>
          <w:i w:val="0"/>
          <w:color w:val="000000"/>
          <w:sz w:val="19"/>
        </w:rPr>
        <w:t>Sikap duduk yang benar saat membaca buku di meja belajar adalah...</w:t>
      </w:r>
    </w:p>
    <w:p>
      <w:pPr>
        <w:spacing w:before="0" w:after="20"/>
        <w:ind w:left="576"/>
      </w:pPr>
      <w:r>
        <w:rPr>
          <w:rFonts w:ascii="Calibri" w:hAnsi="Calibri"/>
          <w:b w:val="0"/>
          <w:i w:val="0"/>
          <w:color w:val="000000"/>
          <w:sz w:val="18"/>
        </w:rPr>
        <w:t>A. Duduk membungkuk sangat dekat dengan buku</w:t>
      </w:r>
    </w:p>
    <w:p>
      <w:pPr>
        <w:spacing w:before="0" w:after="20"/>
        <w:ind w:left="576"/>
      </w:pPr>
      <w:r>
        <w:rPr>
          <w:rFonts w:ascii="Calibri" w:hAnsi="Calibri"/>
          <w:b w:val="0"/>
          <w:i w:val="0"/>
          <w:color w:val="000000"/>
          <w:sz w:val="18"/>
        </w:rPr>
        <w:t>B. Duduk tegak dengan jarak mata dan buku yang cukup</w:t>
      </w:r>
    </w:p>
    <w:p>
      <w:pPr>
        <w:spacing w:before="0" w:after="20"/>
        <w:ind w:left="576"/>
      </w:pPr>
      <w:r>
        <w:rPr>
          <w:rFonts w:ascii="Calibri" w:hAnsi="Calibri"/>
          <w:b w:val="0"/>
          <w:i w:val="0"/>
          <w:color w:val="000000"/>
          <w:sz w:val="18"/>
        </w:rPr>
        <w:t>C. Membaca sambil tiduran di tempat gelap</w:t>
      </w:r>
    </w:p>
    <w:p>
      <w:pPr>
        <w:spacing w:before="0" w:after="20"/>
        <w:ind w:left="576"/>
      </w:pPr>
      <w:r>
        <w:rPr>
          <w:rFonts w:ascii="Calibri" w:hAnsi="Calibri"/>
          <w:b w:val="0"/>
          <w:i w:val="0"/>
          <w:color w:val="000000"/>
          <w:sz w:val="18"/>
        </w:rPr>
        <w:t>D. Menaruh kepala di atas meja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Duduk tegak dengan pencahayaan terang dan jarak buku sekitar 30 cm menjaga kesehatan mata dan tulang belakang.</w:t>
      </w:r>
    </w:p>
    <w:p>
      <w:r>
        <w:br w:type="page"/>
      </w:r>
    </w:p>
    <w:p>
      <w:pPr>
        <w:pStyle w:val="Title"/>
      </w:pPr>
      <w:r>
        <w:t>LEMBAR KERJA PESERTA DIDIK (LKPD)</w:t>
      </w:r>
    </w:p>
    <w:p>
      <w:pPr>
        <w:pStyle w:val="Subtitle"/>
      </w:pPr>
      <w:r>
        <w:t>Mata Pelajaran: Bahasa Indonesia • Bab 1: Bunyi Apa?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Menyimak dan Membedakan Bunyi Sekitar</w:t>
      </w:r>
    </w:p>
    <w:p>
      <w:pPr>
        <w:spacing w:before="20" w:after="60"/>
        <w:ind w:left="216"/>
      </w:pPr>
      <w:r>
        <w:rPr>
          <w:rFonts w:ascii="Calibri" w:hAnsi="Calibri"/>
          <w:color w:val="000000"/>
          <w:sz w:val="18"/>
        </w:rPr>
        <w:t xml:space="preserve">Petunjuk: </w:t>
      </w:r>
      <w:r>
        <w:rPr>
          <w:rFonts w:ascii="Calibri" w:hAnsi="Calibri"/>
          <w:b w:val="0"/>
          <w:i w:val="0"/>
          <w:color w:val="000000"/>
          <w:sz w:val="18"/>
        </w:rPr>
        <w:t>Mendengarkan aneka bunyi lingkungan, mengidentifikasi sumber bunyi, dan membedakan bunyi keras serta lembut.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Mengenal Bentuk dan Fonem Huruf B</w:t>
      </w:r>
    </w:p>
    <w:p>
      <w:pPr>
        <w:spacing w:before="20" w:after="60"/>
        <w:ind w:left="216"/>
      </w:pPr>
      <w:r>
        <w:rPr>
          <w:rFonts w:ascii="Calibri" w:hAnsi="Calibri"/>
          <w:color w:val="000000"/>
          <w:sz w:val="18"/>
        </w:rPr>
        <w:t xml:space="preserve">Petunjuk: </w:t>
      </w:r>
      <w:r>
        <w:rPr>
          <w:rFonts w:ascii="Calibri" w:hAnsi="Calibri"/>
          <w:b w:val="0"/>
          <w:i w:val="0"/>
          <w:color w:val="000000"/>
          <w:sz w:val="18"/>
        </w:rPr>
        <w:t>Mengenali bentuk visual huruf kapital 'B' dan huruf kecil 'b' serta melafalkan artikulasi bunyinya.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Membaca dan Menulis Suku Kata Huruf B</w:t>
      </w:r>
    </w:p>
    <w:p>
      <w:pPr>
        <w:spacing w:before="20" w:after="60"/>
        <w:ind w:left="216"/>
      </w:pPr>
      <w:r>
        <w:rPr>
          <w:rFonts w:ascii="Calibri" w:hAnsi="Calibri"/>
          <w:color w:val="000000"/>
          <w:sz w:val="18"/>
        </w:rPr>
        <w:t xml:space="preserve">Petunjuk: </w:t>
      </w:r>
      <w:r>
        <w:rPr>
          <w:rFonts w:ascii="Calibri" w:hAnsi="Calibri"/>
          <w:b w:val="0"/>
          <w:i w:val="0"/>
          <w:color w:val="000000"/>
          <w:sz w:val="18"/>
        </w:rPr>
        <w:t>Merangkai suku kata (ba, bi, bu, be, bo) dan menuliskannya dengan koordinasi gerak tangan yang benar.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literasi awal Fase A berfokus pada pengembangan kepekaan fonologis peserta didik. Anak-anak diajak mendengarkan, membedakan, dan menirukan aneka ragam bunyi alami dan buatan di lingkungan sekitar, seperti suara hewan, deru kendaraan, dan gemericik air hujan.</w:t>
      </w:r>
    </w:p>
    <w:p>
      <w:pPr>
        <w:spacing w:before="40" w:after="60" w:line="276" w:lineRule="auto"/>
      </w:pPr>
      <w:r>
        <w:rPr>
          <w:rFonts w:ascii="Calibri" w:hAnsi="Calibri"/>
          <w:b w:val="0"/>
          <w:i w:val="0"/>
          <w:color w:val="000000"/>
          <w:sz w:val="19"/>
        </w:rPr>
        <w:t>Setelah mengenal bunyi sekitar, peserta didik diperkenalkan pada lambang huruf konsonan 'B' (huruf kapital dan kecil) serta penggabungannya dengan vokal dasar (a, i, u, e, o). Melalui metode fonik visual, siswa berlatih merangkai bunyi suku kata terbuka (ba, bi, bu, be, bo) menjadi kata bermakna sehari-hari seperti 'buku', 'bola', dan 'baju'.</w:t>
      </w:r>
    </w:p>
    <w:p>
      <w:pPr>
        <w:spacing w:before="40" w:after="60" w:line="276" w:lineRule="auto"/>
      </w:pPr>
      <w:r>
        <w:rPr>
          <w:rFonts w:ascii="Calibri" w:hAnsi="Calibri"/>
          <w:b w:val="0"/>
          <w:i w:val="0"/>
          <w:color w:val="000000"/>
          <w:sz w:val="19"/>
        </w:rPr>
        <w:t>Modul ini memfasilitasi aktivitas motorik halus menulis bentuk huruf secara terarah, latihan membaca nyaring bersama guru, serta lembar observasi interaksi lisan di dalam kelas.</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Kepekaan Fonologis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Kemampuan mendengarkan, mengenali, dan memanipulasi struktur bunyi dalam bahasa lisan.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Fonem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Satuan bunyi bahasa terkecil yang berfungsi membedakan bentuk dan makna kata.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Suku Kata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Struktur ujaran yang terdiri atas satu vokal atau gabungan vokal dan konsonan yang diucapkan dalam satu hembusan napas.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Huruf Kapital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Bentuk huruf berukuran besar yang digunakan sebagai huruf pertama pada awal kalimat atau nama diri.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Membaca Nyaring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Kegiatan membaca dengan bersuara untuk melatih pelafalan, intonasi, dan kelancaran artikulasi kata.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